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04" w:rsidRPr="00C71AC5" w:rsidRDefault="00E42379" w:rsidP="00E8643C">
      <w:pPr>
        <w:spacing w:after="0" w:line="24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-311150</wp:posOffset>
            </wp:positionV>
            <wp:extent cx="903605" cy="1017905"/>
            <wp:effectExtent l="19050" t="0" r="0" b="0"/>
            <wp:wrapSquare wrapText="bothSides"/>
            <wp:docPr id="1" name="Picture 1" descr="D:\photos\CBS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otos\CBSM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532" w:rsidRPr="00C71AC5">
        <w:rPr>
          <w:b/>
          <w:sz w:val="24"/>
          <w:szCs w:val="24"/>
        </w:rPr>
        <w:t xml:space="preserve">Shri </w:t>
      </w:r>
      <w:r w:rsidR="00B2261C">
        <w:rPr>
          <w:b/>
          <w:sz w:val="24"/>
          <w:szCs w:val="24"/>
        </w:rPr>
        <w:t>Gujarati Seva Samaj. Sangli Sanchalit</w:t>
      </w:r>
    </w:p>
    <w:p w:rsidR="00201504" w:rsidRPr="00AA3982" w:rsidRDefault="001A06CE" w:rsidP="00E8643C">
      <w:pPr>
        <w:spacing w:after="0" w:line="240" w:lineRule="auto"/>
        <w:jc w:val="center"/>
        <w:rPr>
          <w:sz w:val="28"/>
          <w:szCs w:val="24"/>
        </w:rPr>
      </w:pPr>
      <w:r w:rsidRPr="00AA3982">
        <w:rPr>
          <w:b/>
          <w:sz w:val="28"/>
          <w:szCs w:val="24"/>
        </w:rPr>
        <w:t xml:space="preserve">Smt.Champaben Balchand Shah Mahila Mahavidyalaya, </w:t>
      </w:r>
    </w:p>
    <w:p w:rsidR="00201504" w:rsidRDefault="001A06CE" w:rsidP="00E8643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Ratanshi Nagar, Near Amrai, Sangli 416416 Post Box No. 161 </w:t>
      </w:r>
      <w:r w:rsidR="00811532" w:rsidRPr="00C71AC5">
        <w:rPr>
          <w:sz w:val="24"/>
          <w:szCs w:val="24"/>
        </w:rPr>
        <w:t xml:space="preserve"> (Maharashtra State)</w:t>
      </w:r>
    </w:p>
    <w:p w:rsidR="00A11764" w:rsidRPr="006C389E" w:rsidRDefault="006C389E" w:rsidP="00E8643C">
      <w:pPr>
        <w:spacing w:after="0" w:line="240" w:lineRule="auto"/>
        <w:jc w:val="center"/>
        <w:rPr>
          <w:b/>
          <w:sz w:val="24"/>
          <w:szCs w:val="24"/>
        </w:rPr>
      </w:pPr>
      <w:r w:rsidRPr="006C389E">
        <w:rPr>
          <w:b/>
          <w:sz w:val="24"/>
          <w:szCs w:val="24"/>
        </w:rPr>
        <w:t>(</w:t>
      </w:r>
      <w:r w:rsidR="00A11764" w:rsidRPr="006C389E">
        <w:rPr>
          <w:b/>
          <w:sz w:val="24"/>
          <w:szCs w:val="24"/>
        </w:rPr>
        <w:t>Gu</w:t>
      </w:r>
      <w:r w:rsidRPr="006C389E">
        <w:rPr>
          <w:b/>
          <w:sz w:val="24"/>
          <w:szCs w:val="24"/>
        </w:rPr>
        <w:t>jarati Linguistic Minority)</w:t>
      </w:r>
    </w:p>
    <w:p w:rsidR="006C389E" w:rsidRDefault="006C389E" w:rsidP="006C389E">
      <w:pPr>
        <w:tabs>
          <w:tab w:val="left" w:pos="5961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01504" w:rsidRDefault="00811532" w:rsidP="00E8643C">
      <w:pPr>
        <w:spacing w:after="0" w:line="240" w:lineRule="auto"/>
        <w:jc w:val="center"/>
        <w:rPr>
          <w:b/>
          <w:sz w:val="24"/>
          <w:szCs w:val="24"/>
        </w:rPr>
      </w:pPr>
      <w:r w:rsidRPr="00C71AC5">
        <w:rPr>
          <w:b/>
          <w:sz w:val="24"/>
          <w:szCs w:val="24"/>
        </w:rPr>
        <w:t>APPLICATION FORM</w:t>
      </w:r>
    </w:p>
    <w:p w:rsidR="006C389E" w:rsidRPr="00C71AC5" w:rsidRDefault="006C389E" w:rsidP="00E8643C">
      <w:pPr>
        <w:spacing w:after="0" w:line="240" w:lineRule="auto"/>
        <w:jc w:val="center"/>
        <w:rPr>
          <w:sz w:val="24"/>
          <w:szCs w:val="24"/>
        </w:rPr>
      </w:pPr>
    </w:p>
    <w:p w:rsidR="00F93B84" w:rsidRDefault="003B00AB" w:rsidP="00E8643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margin-left:405.35pt;margin-top:3.4pt;width:116.85pt;height:124.8pt;z-index:251659264"/>
        </w:pict>
      </w:r>
    </w:p>
    <w:p w:rsidR="00942D7F" w:rsidRPr="00742DF5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To</w:t>
      </w:r>
      <w:r w:rsidRPr="00C71AC5">
        <w:rPr>
          <w:sz w:val="24"/>
          <w:szCs w:val="24"/>
        </w:rPr>
        <w:br/>
      </w:r>
      <w:r w:rsidR="00942D7F" w:rsidRPr="00742DF5">
        <w:rPr>
          <w:sz w:val="24"/>
          <w:szCs w:val="24"/>
        </w:rPr>
        <w:t>The President</w:t>
      </w:r>
    </w:p>
    <w:p w:rsidR="00942D7F" w:rsidRPr="00742DF5" w:rsidRDefault="00942D7F" w:rsidP="00E8643C">
      <w:pPr>
        <w:spacing w:after="0" w:line="240" w:lineRule="auto"/>
        <w:rPr>
          <w:sz w:val="24"/>
          <w:szCs w:val="24"/>
        </w:rPr>
      </w:pPr>
      <w:r w:rsidRPr="00742DF5">
        <w:rPr>
          <w:sz w:val="24"/>
          <w:szCs w:val="24"/>
        </w:rPr>
        <w:t>Shri Gujarati Seva Samaj's</w:t>
      </w:r>
    </w:p>
    <w:p w:rsidR="00C227DF" w:rsidRPr="00C71AC5" w:rsidRDefault="00C227DF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Smt.Champaben Balchand Shah Mahila Mahavidyalaya,</w:t>
      </w:r>
    </w:p>
    <w:p w:rsidR="00201504" w:rsidRPr="00C71AC5" w:rsidRDefault="00C227DF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Sangli</w:t>
      </w:r>
      <w:r w:rsidR="00416315">
        <w:rPr>
          <w:sz w:val="24"/>
          <w:szCs w:val="24"/>
        </w:rPr>
        <w:t>. 416416</w:t>
      </w:r>
    </w:p>
    <w:p w:rsidR="00C227DF" w:rsidRPr="00C71AC5" w:rsidRDefault="00C227DF" w:rsidP="00E8643C">
      <w:pPr>
        <w:spacing w:after="0" w:line="240" w:lineRule="auto"/>
        <w:rPr>
          <w:sz w:val="24"/>
          <w:szCs w:val="24"/>
        </w:rPr>
      </w:pPr>
    </w:p>
    <w:p w:rsidR="00201504" w:rsidRPr="00C71AC5" w:rsidRDefault="00C227DF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ab/>
      </w:r>
      <w:r w:rsidR="00811532" w:rsidRPr="00C71AC5">
        <w:rPr>
          <w:sz w:val="24"/>
          <w:szCs w:val="24"/>
        </w:rPr>
        <w:t xml:space="preserve">Sub: Application for the post of </w:t>
      </w:r>
      <w:r w:rsidR="00811532" w:rsidRPr="002F4A32">
        <w:rPr>
          <w:b/>
          <w:sz w:val="24"/>
          <w:szCs w:val="24"/>
        </w:rPr>
        <w:t>Assistant Professor in</w:t>
      </w:r>
      <w:r w:rsidR="00811532" w:rsidRPr="00C71AC5">
        <w:rPr>
          <w:sz w:val="24"/>
          <w:szCs w:val="24"/>
        </w:rPr>
        <w:t xml:space="preserve"> ________________</w:t>
      </w:r>
    </w:p>
    <w:p w:rsidR="00C227DF" w:rsidRPr="00C71AC5" w:rsidRDefault="00C227DF" w:rsidP="00E8643C">
      <w:pPr>
        <w:spacing w:after="0" w:line="240" w:lineRule="auto"/>
        <w:rPr>
          <w:sz w:val="24"/>
          <w:szCs w:val="24"/>
        </w:rPr>
      </w:pPr>
    </w:p>
    <w:p w:rsidR="00201504" w:rsidRPr="00C71AC5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Respected Sir,</w:t>
      </w:r>
    </w:p>
    <w:p w:rsidR="00C227DF" w:rsidRPr="00C71AC5" w:rsidRDefault="00C227DF" w:rsidP="00E8643C">
      <w:pPr>
        <w:spacing w:after="0" w:line="240" w:lineRule="auto"/>
        <w:rPr>
          <w:sz w:val="24"/>
          <w:szCs w:val="24"/>
        </w:rPr>
      </w:pPr>
    </w:p>
    <w:p w:rsidR="00201504" w:rsidRPr="00C71AC5" w:rsidRDefault="00C227DF" w:rsidP="00332FDB">
      <w:pPr>
        <w:spacing w:after="0" w:line="480" w:lineRule="auto"/>
        <w:jc w:val="both"/>
        <w:rPr>
          <w:sz w:val="24"/>
          <w:szCs w:val="24"/>
        </w:rPr>
      </w:pPr>
      <w:r w:rsidRPr="00C71AC5">
        <w:rPr>
          <w:sz w:val="24"/>
          <w:szCs w:val="24"/>
        </w:rPr>
        <w:tab/>
      </w:r>
      <w:r w:rsidR="00811532" w:rsidRPr="00C71AC5">
        <w:rPr>
          <w:sz w:val="24"/>
          <w:szCs w:val="24"/>
        </w:rPr>
        <w:t>As per the advertisement published in Daily Newspaper</w:t>
      </w:r>
      <w:r w:rsidR="005B6244">
        <w:rPr>
          <w:sz w:val="24"/>
          <w:szCs w:val="24"/>
        </w:rPr>
        <w:t xml:space="preserve"> ______________________________</w:t>
      </w:r>
      <w:r w:rsidR="00811532" w:rsidRPr="00C71AC5">
        <w:rPr>
          <w:sz w:val="24"/>
          <w:szCs w:val="24"/>
        </w:rPr>
        <w:t xml:space="preserve"> , Dated</w:t>
      </w:r>
      <w:r w:rsidR="005B6244">
        <w:rPr>
          <w:sz w:val="24"/>
          <w:szCs w:val="24"/>
        </w:rPr>
        <w:t xml:space="preserve"> ____________________</w:t>
      </w:r>
      <w:r w:rsidR="00811532" w:rsidRPr="00C71AC5">
        <w:rPr>
          <w:sz w:val="24"/>
          <w:szCs w:val="24"/>
        </w:rPr>
        <w:t xml:space="preserve"> , I,_____________</w:t>
      </w:r>
      <w:r w:rsidR="00FC0350">
        <w:rPr>
          <w:sz w:val="24"/>
          <w:szCs w:val="24"/>
        </w:rPr>
        <w:t>___________</w:t>
      </w:r>
      <w:r w:rsidR="00811532" w:rsidRPr="00C71AC5">
        <w:rPr>
          <w:sz w:val="24"/>
          <w:szCs w:val="24"/>
        </w:rPr>
        <w:t xml:space="preserve">_____________ the undersigned, am applying for the Post of </w:t>
      </w:r>
      <w:r w:rsidR="002009DC" w:rsidRPr="002009DC">
        <w:rPr>
          <w:b/>
          <w:sz w:val="24"/>
          <w:szCs w:val="24"/>
        </w:rPr>
        <w:t>Full Time</w:t>
      </w:r>
      <w:r w:rsidR="002009DC">
        <w:rPr>
          <w:sz w:val="24"/>
          <w:szCs w:val="24"/>
        </w:rPr>
        <w:t xml:space="preserve"> </w:t>
      </w:r>
      <w:r w:rsidR="00811532" w:rsidRPr="002F4A32">
        <w:rPr>
          <w:b/>
          <w:sz w:val="24"/>
          <w:szCs w:val="24"/>
        </w:rPr>
        <w:t>Assistant Professor in</w:t>
      </w:r>
      <w:r w:rsidR="00811532" w:rsidRPr="00C71AC5">
        <w:rPr>
          <w:sz w:val="24"/>
          <w:szCs w:val="24"/>
        </w:rPr>
        <w:t xml:space="preserve"> your renowned institution.</w:t>
      </w:r>
    </w:p>
    <w:p w:rsidR="005B6244" w:rsidRDefault="005B6244" w:rsidP="00332FDB">
      <w:pPr>
        <w:spacing w:after="0" w:line="480" w:lineRule="auto"/>
        <w:rPr>
          <w:b/>
          <w:sz w:val="24"/>
          <w:szCs w:val="24"/>
        </w:rPr>
      </w:pPr>
    </w:p>
    <w:p w:rsidR="00201504" w:rsidRPr="00C71AC5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b/>
          <w:sz w:val="24"/>
          <w:szCs w:val="24"/>
        </w:rPr>
        <w:t>A) Applicant’s Personal Information:</w:t>
      </w:r>
    </w:p>
    <w:p w:rsidR="00C227DF" w:rsidRPr="00C71AC5" w:rsidRDefault="00C227DF" w:rsidP="00332FDB">
      <w:pPr>
        <w:spacing w:after="0" w:line="480" w:lineRule="auto"/>
        <w:rPr>
          <w:sz w:val="24"/>
          <w:szCs w:val="24"/>
        </w:rPr>
      </w:pPr>
    </w:p>
    <w:p w:rsidR="00201504" w:rsidRPr="00C71AC5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t>1) Full Name(Surname First)</w:t>
      </w:r>
      <w:r w:rsidR="00C227DF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 w:rsidR="00C71AC5">
        <w:rPr>
          <w:sz w:val="24"/>
          <w:szCs w:val="24"/>
        </w:rPr>
        <w:tab/>
      </w:r>
      <w:r w:rsidR="00C227DF" w:rsidRPr="00C71AC5">
        <w:rPr>
          <w:sz w:val="24"/>
          <w:szCs w:val="24"/>
        </w:rPr>
        <w:t>___________________________________________________</w:t>
      </w:r>
      <w:r w:rsidRPr="00C71AC5">
        <w:rPr>
          <w:sz w:val="24"/>
          <w:szCs w:val="24"/>
        </w:rPr>
        <w:br/>
        <w:t xml:space="preserve">   Full Name in Devnagari</w:t>
      </w:r>
      <w:r w:rsidR="00C227DF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 w:rsidR="00C71AC5">
        <w:rPr>
          <w:sz w:val="24"/>
          <w:szCs w:val="24"/>
        </w:rPr>
        <w:tab/>
      </w:r>
      <w:r w:rsidR="00C71AC5" w:rsidRPr="00C71AC5">
        <w:rPr>
          <w:sz w:val="24"/>
          <w:szCs w:val="24"/>
        </w:rPr>
        <w:t>___________________________________________________</w:t>
      </w:r>
    </w:p>
    <w:p w:rsidR="00201504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t xml:space="preserve">2) Correspondence Address </w:t>
      </w:r>
      <w:r w:rsidR="00C227DF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 w:rsidR="00C71AC5" w:rsidRPr="00C71AC5">
        <w:rPr>
          <w:sz w:val="24"/>
          <w:szCs w:val="24"/>
        </w:rPr>
        <w:t xml:space="preserve"> </w:t>
      </w:r>
      <w:r w:rsidR="00C71AC5">
        <w:rPr>
          <w:sz w:val="24"/>
          <w:szCs w:val="24"/>
        </w:rPr>
        <w:tab/>
      </w:r>
      <w:r w:rsidR="00C71AC5" w:rsidRPr="00C71AC5">
        <w:rPr>
          <w:sz w:val="24"/>
          <w:szCs w:val="24"/>
        </w:rPr>
        <w:t>___________________________________________________</w:t>
      </w:r>
      <w:r w:rsidRPr="00C71AC5">
        <w:rPr>
          <w:sz w:val="24"/>
          <w:szCs w:val="24"/>
        </w:rPr>
        <w:t xml:space="preserve">   </w:t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   </w:t>
      </w:r>
      <w:r w:rsidR="00E03E9E" w:rsidRPr="00C71AC5">
        <w:rPr>
          <w:sz w:val="24"/>
          <w:szCs w:val="24"/>
        </w:rPr>
        <w:tab/>
      </w:r>
      <w:r w:rsidR="00C71AC5" w:rsidRPr="00C71AC5">
        <w:rPr>
          <w:sz w:val="24"/>
          <w:szCs w:val="24"/>
        </w:rPr>
        <w:t>___________________________________________________</w:t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="00C71AC5"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 w:rsidR="00C71AC5">
        <w:rPr>
          <w:sz w:val="24"/>
          <w:szCs w:val="24"/>
        </w:rPr>
        <w:tab/>
      </w:r>
      <w:r w:rsidR="00C71AC5" w:rsidRPr="00C71AC5">
        <w:rPr>
          <w:sz w:val="24"/>
          <w:szCs w:val="24"/>
        </w:rPr>
        <w:t>___________________________________________________</w:t>
      </w:r>
    </w:p>
    <w:p w:rsidR="00363196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t xml:space="preserve">3) Permanent Address </w:t>
      </w:r>
      <w:r w:rsidR="00E03E9E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 w:rsidR="00363196">
        <w:rPr>
          <w:sz w:val="24"/>
          <w:szCs w:val="24"/>
        </w:rPr>
        <w:tab/>
      </w:r>
      <w:r w:rsidR="00363196" w:rsidRPr="00363196">
        <w:rPr>
          <w:sz w:val="24"/>
          <w:szCs w:val="24"/>
        </w:rPr>
        <w:t>___________________________________________________</w:t>
      </w:r>
    </w:p>
    <w:p w:rsidR="00363196" w:rsidRDefault="00363196" w:rsidP="00332FDB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363196">
        <w:rPr>
          <w:sz w:val="24"/>
          <w:szCs w:val="24"/>
        </w:rPr>
        <w:t>___________________________________________________</w:t>
      </w:r>
    </w:p>
    <w:p w:rsidR="00363196" w:rsidRPr="00363196" w:rsidRDefault="00363196" w:rsidP="00332FDB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71AC5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363196">
        <w:rPr>
          <w:sz w:val="24"/>
          <w:szCs w:val="24"/>
        </w:rPr>
        <w:t>___________________________________________________</w:t>
      </w:r>
    </w:p>
    <w:p w:rsidR="00201504" w:rsidRPr="00C71AC5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t xml:space="preserve">4) Mobile No. </w:t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="00363196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:   </w:t>
      </w:r>
      <w:r w:rsidR="00E03E9E" w:rsidRPr="00C71AC5">
        <w:rPr>
          <w:sz w:val="24"/>
          <w:szCs w:val="24"/>
        </w:rPr>
        <w:tab/>
        <w:t>_________________</w:t>
      </w:r>
      <w:r w:rsidRPr="00C71AC5">
        <w:rPr>
          <w:sz w:val="24"/>
          <w:szCs w:val="24"/>
        </w:rPr>
        <w:t xml:space="preserve">     E- mail.</w:t>
      </w:r>
      <w:r w:rsidR="00E03E9E" w:rsidRPr="00C71AC5">
        <w:rPr>
          <w:sz w:val="24"/>
          <w:szCs w:val="24"/>
        </w:rPr>
        <w:t xml:space="preserve"> _________________________</w:t>
      </w:r>
    </w:p>
    <w:p w:rsidR="00201504" w:rsidRPr="00C71AC5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t xml:space="preserve">5) Date of Birth </w:t>
      </w:r>
      <w:r w:rsidR="00E03E9E" w:rsidRPr="00C71AC5">
        <w:rPr>
          <w:sz w:val="24"/>
          <w:szCs w:val="24"/>
        </w:rPr>
        <w:tab/>
      </w:r>
      <w:r w:rsidR="00E03E9E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:      </w:t>
      </w:r>
      <w:r w:rsidR="00E03E9E" w:rsidRPr="00C71AC5">
        <w:rPr>
          <w:sz w:val="24"/>
          <w:szCs w:val="24"/>
        </w:rPr>
        <w:tab/>
        <w:t xml:space="preserve">_________________ </w:t>
      </w:r>
      <w:r w:rsidRPr="00C71AC5">
        <w:rPr>
          <w:sz w:val="24"/>
          <w:szCs w:val="24"/>
        </w:rPr>
        <w:t xml:space="preserve">Age:  </w:t>
      </w:r>
      <w:r w:rsidR="00E03E9E" w:rsidRPr="00C71AC5">
        <w:rPr>
          <w:sz w:val="24"/>
          <w:szCs w:val="24"/>
        </w:rPr>
        <w:t>___</w:t>
      </w:r>
      <w:r w:rsidRPr="00C71AC5">
        <w:rPr>
          <w:sz w:val="24"/>
          <w:szCs w:val="24"/>
        </w:rPr>
        <w:t xml:space="preserve">   Years </w:t>
      </w:r>
      <w:r w:rsidR="0059188A" w:rsidRPr="00C71AC5">
        <w:rPr>
          <w:sz w:val="24"/>
          <w:szCs w:val="24"/>
        </w:rPr>
        <w:t xml:space="preserve">: _____   </w:t>
      </w:r>
      <w:r w:rsidRPr="00C71AC5">
        <w:rPr>
          <w:sz w:val="24"/>
          <w:szCs w:val="24"/>
        </w:rPr>
        <w:t xml:space="preserve"> Months</w:t>
      </w:r>
      <w:r w:rsidR="0059188A" w:rsidRPr="00C71AC5">
        <w:rPr>
          <w:sz w:val="24"/>
          <w:szCs w:val="24"/>
        </w:rPr>
        <w:t xml:space="preserve">: _____    </w:t>
      </w:r>
      <w:r w:rsidRPr="00C71AC5">
        <w:rPr>
          <w:sz w:val="24"/>
          <w:szCs w:val="24"/>
        </w:rPr>
        <w:br/>
        <w:t xml:space="preserve">   (As on date of Application)</w:t>
      </w:r>
    </w:p>
    <w:p w:rsidR="00201504" w:rsidRPr="00C71AC5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t xml:space="preserve">6) Religion and Caste </w:t>
      </w:r>
      <w:r w:rsidR="00480746" w:rsidRPr="00C71AC5">
        <w:rPr>
          <w:sz w:val="24"/>
          <w:szCs w:val="24"/>
        </w:rPr>
        <w:tab/>
      </w:r>
      <w:r w:rsidR="00480746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:             </w:t>
      </w:r>
      <w:r w:rsidR="00A333BC" w:rsidRPr="00C71AC5">
        <w:rPr>
          <w:sz w:val="24"/>
          <w:szCs w:val="24"/>
        </w:rPr>
        <w:t>_________________</w:t>
      </w:r>
      <w:r w:rsidRPr="00C71AC5">
        <w:rPr>
          <w:sz w:val="24"/>
          <w:szCs w:val="24"/>
        </w:rPr>
        <w:t xml:space="preserve">       Category</w:t>
      </w:r>
      <w:r w:rsidR="00A333BC" w:rsidRPr="00C71AC5">
        <w:rPr>
          <w:sz w:val="24"/>
          <w:szCs w:val="24"/>
        </w:rPr>
        <w:t xml:space="preserve"> </w:t>
      </w:r>
      <w:r w:rsidRPr="00C71AC5">
        <w:rPr>
          <w:sz w:val="24"/>
          <w:szCs w:val="24"/>
        </w:rPr>
        <w:t>:</w:t>
      </w:r>
      <w:r w:rsidR="00E8643C">
        <w:rPr>
          <w:sz w:val="24"/>
          <w:szCs w:val="24"/>
        </w:rPr>
        <w:t xml:space="preserve">  </w:t>
      </w:r>
      <w:r w:rsidR="00A333BC" w:rsidRPr="00C71AC5">
        <w:rPr>
          <w:sz w:val="24"/>
          <w:szCs w:val="24"/>
        </w:rPr>
        <w:t>______________________</w:t>
      </w:r>
      <w:r w:rsidRPr="00C71AC5">
        <w:rPr>
          <w:sz w:val="24"/>
          <w:szCs w:val="24"/>
        </w:rPr>
        <w:br/>
        <w:t xml:space="preserve">  </w:t>
      </w:r>
      <w:r w:rsidR="00A333BC" w:rsidRPr="00C71AC5">
        <w:rPr>
          <w:sz w:val="24"/>
          <w:szCs w:val="24"/>
        </w:rPr>
        <w:tab/>
      </w:r>
      <w:r w:rsidR="00A333BC" w:rsidRPr="00C71AC5">
        <w:rPr>
          <w:sz w:val="24"/>
          <w:szCs w:val="24"/>
        </w:rPr>
        <w:tab/>
      </w:r>
      <w:r w:rsidR="00A333BC" w:rsidRPr="00C71AC5">
        <w:rPr>
          <w:sz w:val="24"/>
          <w:szCs w:val="24"/>
        </w:rPr>
        <w:tab/>
      </w:r>
      <w:r w:rsidR="00A333BC" w:rsidRPr="00C71AC5">
        <w:rPr>
          <w:sz w:val="24"/>
          <w:szCs w:val="24"/>
        </w:rPr>
        <w:tab/>
      </w:r>
      <w:r w:rsidR="00A333BC" w:rsidRPr="00C71AC5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 (SC,ST,VJA,NT,OBC,SBC,OPEN,JAIN)</w:t>
      </w:r>
    </w:p>
    <w:p w:rsidR="00201504" w:rsidRPr="00C71AC5" w:rsidRDefault="00811532" w:rsidP="00332FDB">
      <w:pPr>
        <w:spacing w:after="0" w:line="480" w:lineRule="auto"/>
        <w:rPr>
          <w:sz w:val="24"/>
          <w:szCs w:val="24"/>
        </w:rPr>
      </w:pPr>
      <w:r w:rsidRPr="00C71AC5">
        <w:rPr>
          <w:sz w:val="24"/>
          <w:szCs w:val="24"/>
        </w:rPr>
        <w:lastRenderedPageBreak/>
        <w:t>7) Whether Physically Handicapped :</w:t>
      </w:r>
      <w:r w:rsidR="007510B7">
        <w:rPr>
          <w:sz w:val="24"/>
          <w:szCs w:val="24"/>
        </w:rPr>
        <w:tab/>
      </w:r>
      <w:r w:rsidR="007510B7">
        <w:rPr>
          <w:sz w:val="24"/>
          <w:szCs w:val="24"/>
        </w:rPr>
        <w:tab/>
      </w:r>
      <w:r w:rsidRPr="00C71AC5">
        <w:rPr>
          <w:sz w:val="24"/>
          <w:szCs w:val="24"/>
        </w:rPr>
        <w:t>Yes/No</w:t>
      </w:r>
    </w:p>
    <w:p w:rsidR="00201504" w:rsidRDefault="00811532" w:rsidP="00E8643C">
      <w:pPr>
        <w:spacing w:after="0" w:line="240" w:lineRule="auto"/>
        <w:rPr>
          <w:b/>
          <w:sz w:val="24"/>
          <w:szCs w:val="24"/>
        </w:rPr>
      </w:pPr>
      <w:r w:rsidRPr="00C71AC5">
        <w:rPr>
          <w:b/>
          <w:sz w:val="24"/>
          <w:szCs w:val="24"/>
        </w:rPr>
        <w:t>B) Educational Qualification:</w:t>
      </w:r>
    </w:p>
    <w:p w:rsidR="00332FDB" w:rsidRPr="00C71AC5" w:rsidRDefault="00332FDB" w:rsidP="00E8643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70"/>
        <w:gridCol w:w="2230"/>
        <w:gridCol w:w="1060"/>
        <w:gridCol w:w="989"/>
        <w:gridCol w:w="1107"/>
        <w:gridCol w:w="891"/>
        <w:gridCol w:w="1269"/>
        <w:gridCol w:w="816"/>
        <w:gridCol w:w="1249"/>
      </w:tblGrid>
      <w:tr w:rsidR="00201504" w:rsidRPr="00C71AC5" w:rsidTr="00C71AC5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Sr.</w:t>
            </w:r>
            <w:r w:rsidRPr="00C71AC5">
              <w:rPr>
                <w:sz w:val="24"/>
                <w:szCs w:val="24"/>
              </w:rPr>
              <w:br/>
              <w:t>No.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Examination</w:t>
            </w:r>
          </w:p>
        </w:tc>
        <w:tc>
          <w:tcPr>
            <w:tcW w:w="1555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Subject</w:t>
            </w:r>
          </w:p>
        </w:tc>
        <w:tc>
          <w:tcPr>
            <w:tcW w:w="1143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Year of</w:t>
            </w:r>
            <w:r w:rsidRPr="00C71AC5">
              <w:rPr>
                <w:sz w:val="24"/>
                <w:szCs w:val="24"/>
              </w:rPr>
              <w:br/>
              <w:t>Passing</w:t>
            </w:r>
          </w:p>
        </w:tc>
        <w:tc>
          <w:tcPr>
            <w:tcW w:w="1151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Marks</w:t>
            </w:r>
            <w:r w:rsidRPr="00C71AC5">
              <w:rPr>
                <w:sz w:val="24"/>
                <w:szCs w:val="24"/>
              </w:rPr>
              <w:br/>
              <w:t>Obtained</w:t>
            </w:r>
          </w:p>
        </w:tc>
        <w:tc>
          <w:tcPr>
            <w:tcW w:w="1136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Total</w:t>
            </w:r>
            <w:r w:rsidRPr="00C71AC5">
              <w:rPr>
                <w:sz w:val="24"/>
                <w:szCs w:val="24"/>
              </w:rPr>
              <w:br/>
              <w:t>out of</w:t>
            </w:r>
            <w:r w:rsidRPr="00C71AC5">
              <w:rPr>
                <w:sz w:val="24"/>
                <w:szCs w:val="24"/>
              </w:rPr>
              <w:br/>
              <w:t>Marks</w:t>
            </w:r>
          </w:p>
        </w:tc>
        <w:tc>
          <w:tcPr>
            <w:tcW w:w="1161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Percentage</w:t>
            </w:r>
            <w:r w:rsidRPr="00C71AC5">
              <w:rPr>
                <w:sz w:val="24"/>
                <w:szCs w:val="24"/>
              </w:rPr>
              <w:br/>
              <w:t>/CGPA</w:t>
            </w:r>
          </w:p>
        </w:tc>
        <w:tc>
          <w:tcPr>
            <w:tcW w:w="1131" w:type="dxa"/>
            <w:vAlign w:val="center"/>
          </w:tcPr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Class</w:t>
            </w:r>
          </w:p>
        </w:tc>
        <w:tc>
          <w:tcPr>
            <w:tcW w:w="1327" w:type="dxa"/>
            <w:vAlign w:val="center"/>
          </w:tcPr>
          <w:p w:rsidR="00EC3A47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Board/</w:t>
            </w:r>
          </w:p>
          <w:p w:rsidR="00201504" w:rsidRPr="00C71AC5" w:rsidRDefault="00811532" w:rsidP="00A1176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University</w:t>
            </w: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S.S.C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2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H.S.C.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3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B.A./B.Com./B.Sc.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4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M.A./M.Com./M.Sc.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5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NET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6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SET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7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M.Phil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8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Ph.D.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201504" w:rsidRPr="00C71AC5" w:rsidTr="00332FDB">
        <w:trPr>
          <w:jc w:val="center"/>
        </w:trPr>
        <w:tc>
          <w:tcPr>
            <w:tcW w:w="558" w:type="dxa"/>
            <w:vAlign w:val="center"/>
          </w:tcPr>
          <w:p w:rsidR="00201504" w:rsidRPr="00C71AC5" w:rsidRDefault="00811532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9</w:t>
            </w:r>
          </w:p>
        </w:tc>
        <w:tc>
          <w:tcPr>
            <w:tcW w:w="1710" w:type="dxa"/>
            <w:vAlign w:val="center"/>
          </w:tcPr>
          <w:p w:rsidR="00201504" w:rsidRPr="00C71AC5" w:rsidRDefault="00811532" w:rsidP="00523AC3">
            <w:pPr>
              <w:spacing w:before="120" w:after="120" w:line="480" w:lineRule="auto"/>
              <w:rPr>
                <w:sz w:val="24"/>
                <w:szCs w:val="24"/>
              </w:rPr>
            </w:pPr>
            <w:r w:rsidRPr="00C71AC5">
              <w:rPr>
                <w:sz w:val="24"/>
                <w:szCs w:val="24"/>
              </w:rPr>
              <w:t>Any other</w:t>
            </w:r>
          </w:p>
        </w:tc>
        <w:tc>
          <w:tcPr>
            <w:tcW w:w="1555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:rsidR="00201504" w:rsidRPr="00C71AC5" w:rsidRDefault="00201504" w:rsidP="00332FDB">
            <w:pPr>
              <w:spacing w:before="120" w:after="120" w:line="480" w:lineRule="auto"/>
              <w:jc w:val="center"/>
              <w:rPr>
                <w:sz w:val="24"/>
                <w:szCs w:val="24"/>
              </w:rPr>
            </w:pPr>
          </w:p>
        </w:tc>
      </w:tr>
    </w:tbl>
    <w:p w:rsidR="00201504" w:rsidRPr="00C71AC5" w:rsidRDefault="00811532" w:rsidP="00E8643C">
      <w:pPr>
        <w:spacing w:after="0" w:line="240" w:lineRule="auto"/>
        <w:jc w:val="center"/>
        <w:rPr>
          <w:sz w:val="24"/>
          <w:szCs w:val="24"/>
        </w:rPr>
      </w:pPr>
      <w:r w:rsidRPr="00C71AC5">
        <w:rPr>
          <w:sz w:val="24"/>
          <w:szCs w:val="24"/>
        </w:rPr>
        <w:t>(Self-attested copies the documents should be attached)</w:t>
      </w:r>
    </w:p>
    <w:p w:rsidR="00201504" w:rsidRDefault="00811532" w:rsidP="00E8643C">
      <w:pPr>
        <w:spacing w:after="0" w:line="240" w:lineRule="auto"/>
        <w:rPr>
          <w:b/>
          <w:sz w:val="24"/>
          <w:szCs w:val="24"/>
        </w:rPr>
      </w:pPr>
      <w:r w:rsidRPr="00C71AC5">
        <w:rPr>
          <w:b/>
          <w:sz w:val="24"/>
          <w:szCs w:val="24"/>
        </w:rPr>
        <w:t>C) Experience:</w:t>
      </w:r>
    </w:p>
    <w:p w:rsidR="00F02B9E" w:rsidRDefault="00F02B9E" w:rsidP="00E8643C">
      <w:pPr>
        <w:spacing w:after="0" w:line="240" w:lineRule="auto"/>
        <w:rPr>
          <w:b/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  <w:r w:rsidRPr="00332FDB">
        <w:rPr>
          <w:sz w:val="24"/>
          <w:szCs w:val="24"/>
        </w:rPr>
        <w:t xml:space="preserve">I) Teaching Experience - </w:t>
      </w:r>
    </w:p>
    <w:tbl>
      <w:tblPr>
        <w:tblStyle w:val="TableGrid"/>
        <w:tblW w:w="0" w:type="auto"/>
        <w:tblLook w:val="04A0"/>
      </w:tblPr>
      <w:tblGrid>
        <w:gridCol w:w="648"/>
        <w:gridCol w:w="2745"/>
        <w:gridCol w:w="1697"/>
        <w:gridCol w:w="1697"/>
        <w:gridCol w:w="1697"/>
        <w:gridCol w:w="1697"/>
      </w:tblGrid>
      <w:tr w:rsidR="00332FDB" w:rsidTr="00332FDB">
        <w:tc>
          <w:tcPr>
            <w:tcW w:w="648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2745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the College</w:t>
            </w:r>
          </w:p>
        </w:tc>
        <w:tc>
          <w:tcPr>
            <w:tcW w:w="1697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Academic Year</w:t>
            </w:r>
          </w:p>
        </w:tc>
        <w:tc>
          <w:tcPr>
            <w:tcW w:w="1697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in Months</w:t>
            </w:r>
          </w:p>
        </w:tc>
        <w:tc>
          <w:tcPr>
            <w:tcW w:w="1697" w:type="dxa"/>
            <w:vAlign w:val="center"/>
          </w:tcPr>
          <w:p w:rsidR="00332FDB" w:rsidRDefault="00332FDB" w:rsidP="00942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Whether CHB / Contractual / Ad-hoc / Post Doctoral</w:t>
            </w:r>
          </w:p>
        </w:tc>
        <w:tc>
          <w:tcPr>
            <w:tcW w:w="1697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Approval Number for the Post</w:t>
            </w:r>
          </w:p>
        </w:tc>
      </w:tr>
      <w:tr w:rsidR="00332FDB" w:rsidTr="00332FDB">
        <w:tc>
          <w:tcPr>
            <w:tcW w:w="648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332FDB" w:rsidTr="00AF290C">
        <w:tc>
          <w:tcPr>
            <w:tcW w:w="648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332FDB" w:rsidTr="00AF290C">
        <w:tc>
          <w:tcPr>
            <w:tcW w:w="648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332FDB" w:rsidTr="00AF290C">
        <w:tc>
          <w:tcPr>
            <w:tcW w:w="648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332FDB" w:rsidRDefault="00332FDB" w:rsidP="00332FDB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II) Research Publications - </w:t>
      </w:r>
    </w:p>
    <w:tbl>
      <w:tblPr>
        <w:tblStyle w:val="TableGrid"/>
        <w:tblW w:w="10188" w:type="dxa"/>
        <w:tblLook w:val="04A0"/>
      </w:tblPr>
      <w:tblGrid>
        <w:gridCol w:w="648"/>
        <w:gridCol w:w="2250"/>
        <w:gridCol w:w="1890"/>
        <w:gridCol w:w="1170"/>
        <w:gridCol w:w="1800"/>
        <w:gridCol w:w="1080"/>
        <w:gridCol w:w="1350"/>
      </w:tblGrid>
      <w:tr w:rsidR="00332FDB" w:rsidTr="00332FDB">
        <w:tc>
          <w:tcPr>
            <w:tcW w:w="648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2250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the Paper</w:t>
            </w:r>
          </w:p>
        </w:tc>
        <w:tc>
          <w:tcPr>
            <w:tcW w:w="1890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the Journal</w:t>
            </w:r>
          </w:p>
        </w:tc>
        <w:tc>
          <w:tcPr>
            <w:tcW w:w="1170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Peer review (Yes/No)</w:t>
            </w:r>
          </w:p>
        </w:tc>
        <w:tc>
          <w:tcPr>
            <w:tcW w:w="1800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authors . Are you first author or author for correspondence (Yes/No)</w:t>
            </w:r>
          </w:p>
        </w:tc>
        <w:tc>
          <w:tcPr>
            <w:tcW w:w="1080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Impact Factor</w:t>
            </w:r>
          </w:p>
        </w:tc>
        <w:tc>
          <w:tcPr>
            <w:tcW w:w="1350" w:type="dxa"/>
            <w:vAlign w:val="center"/>
          </w:tcPr>
          <w:p w:rsidR="00332FDB" w:rsidRDefault="00332FDB" w:rsidP="00332F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Whether it is Q1, Q2, Q3 OR Q4 journal?</w:t>
            </w:r>
          </w:p>
        </w:tc>
      </w:tr>
      <w:tr w:rsidR="00332FDB" w:rsidTr="00332FDB">
        <w:trPr>
          <w:trHeight w:val="323"/>
        </w:trPr>
        <w:tc>
          <w:tcPr>
            <w:tcW w:w="648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</w:tr>
      <w:tr w:rsidR="00332FDB" w:rsidTr="00332FDB">
        <w:trPr>
          <w:trHeight w:val="323"/>
        </w:trPr>
        <w:tc>
          <w:tcPr>
            <w:tcW w:w="648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</w:tr>
      <w:tr w:rsidR="00332FDB" w:rsidTr="00332FDB">
        <w:trPr>
          <w:trHeight w:val="323"/>
        </w:trPr>
        <w:tc>
          <w:tcPr>
            <w:tcW w:w="648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</w:tr>
      <w:tr w:rsidR="00332FDB" w:rsidTr="00332FDB">
        <w:trPr>
          <w:trHeight w:val="323"/>
        </w:trPr>
        <w:tc>
          <w:tcPr>
            <w:tcW w:w="648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</w:tr>
      <w:tr w:rsidR="00332FDB" w:rsidTr="00AF290C">
        <w:trPr>
          <w:trHeight w:val="323"/>
        </w:trPr>
        <w:tc>
          <w:tcPr>
            <w:tcW w:w="648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</w:tr>
      <w:tr w:rsidR="00332FDB" w:rsidTr="00AF290C">
        <w:trPr>
          <w:trHeight w:val="323"/>
        </w:trPr>
        <w:tc>
          <w:tcPr>
            <w:tcW w:w="648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AF290C">
            <w:pPr>
              <w:rPr>
                <w:sz w:val="24"/>
                <w:szCs w:val="24"/>
              </w:rPr>
            </w:pPr>
          </w:p>
        </w:tc>
      </w:tr>
      <w:tr w:rsidR="00332FDB" w:rsidTr="00332FDB">
        <w:trPr>
          <w:trHeight w:val="323"/>
        </w:trPr>
        <w:tc>
          <w:tcPr>
            <w:tcW w:w="648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  <w:p w:rsidR="00332FDB" w:rsidRDefault="00332FDB" w:rsidP="00E8643C">
            <w:pPr>
              <w:rPr>
                <w:sz w:val="24"/>
                <w:szCs w:val="24"/>
              </w:rPr>
            </w:pPr>
          </w:p>
          <w:p w:rsidR="00332FDB" w:rsidRDefault="00332FDB" w:rsidP="00E8643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332FDB" w:rsidRDefault="00332FDB" w:rsidP="00E8643C">
            <w:pPr>
              <w:rPr>
                <w:sz w:val="24"/>
                <w:szCs w:val="24"/>
              </w:rPr>
            </w:pPr>
          </w:p>
        </w:tc>
      </w:tr>
    </w:tbl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III) Books Authored - </w:t>
      </w:r>
    </w:p>
    <w:tbl>
      <w:tblPr>
        <w:tblStyle w:val="TableGrid"/>
        <w:tblW w:w="0" w:type="auto"/>
        <w:tblLook w:val="04A0"/>
      </w:tblPr>
      <w:tblGrid>
        <w:gridCol w:w="918"/>
        <w:gridCol w:w="1990"/>
        <w:gridCol w:w="1454"/>
        <w:gridCol w:w="1454"/>
        <w:gridCol w:w="1455"/>
        <w:gridCol w:w="1455"/>
        <w:gridCol w:w="1455"/>
      </w:tblGrid>
      <w:tr w:rsidR="00332FDB" w:rsidTr="002F4DAA">
        <w:tc>
          <w:tcPr>
            <w:tcW w:w="918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1990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the Books / Book Chapter</w:t>
            </w:r>
          </w:p>
        </w:tc>
        <w:tc>
          <w:tcPr>
            <w:tcW w:w="1454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ISBN No.</w:t>
            </w:r>
          </w:p>
        </w:tc>
        <w:tc>
          <w:tcPr>
            <w:tcW w:w="1454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of Authors</w:t>
            </w:r>
          </w:p>
        </w:tc>
        <w:tc>
          <w:tcPr>
            <w:tcW w:w="1455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the Publisher</w:t>
            </w:r>
          </w:p>
        </w:tc>
        <w:tc>
          <w:tcPr>
            <w:tcW w:w="1455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1455" w:type="dxa"/>
            <w:vAlign w:val="center"/>
          </w:tcPr>
          <w:p w:rsidR="00332FDB" w:rsidRDefault="00332FDB" w:rsidP="002F4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Digitally Marketed of Not? (Yes/No)</w:t>
            </w:r>
          </w:p>
        </w:tc>
      </w:tr>
      <w:tr w:rsidR="002F4DAA" w:rsidTr="00AF290C">
        <w:tc>
          <w:tcPr>
            <w:tcW w:w="918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  <w:p w:rsidR="00F02B9E" w:rsidRDefault="00F02B9E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2F4DAA" w:rsidTr="00AF290C">
        <w:tc>
          <w:tcPr>
            <w:tcW w:w="918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  <w:p w:rsidR="00F02B9E" w:rsidRDefault="00F02B9E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2F4DAA" w:rsidRDefault="002F4DAA" w:rsidP="00AF290C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332FDB" w:rsidTr="002F4DAA">
        <w:tc>
          <w:tcPr>
            <w:tcW w:w="918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  <w:p w:rsidR="00F02B9E" w:rsidRDefault="00F02B9E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332FDB" w:rsidRDefault="00332FDB" w:rsidP="002F4DAA">
            <w:pPr>
              <w:spacing w:before="120" w:after="120" w:line="360" w:lineRule="auto"/>
              <w:rPr>
                <w:sz w:val="24"/>
                <w:szCs w:val="24"/>
              </w:rPr>
            </w:pPr>
          </w:p>
        </w:tc>
      </w:tr>
    </w:tbl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332FDB" w:rsidRDefault="00332FDB" w:rsidP="00E8643C">
      <w:pPr>
        <w:spacing w:after="0" w:line="240" w:lineRule="auto"/>
        <w:rPr>
          <w:sz w:val="24"/>
          <w:szCs w:val="24"/>
        </w:rPr>
      </w:pPr>
    </w:p>
    <w:p w:rsidR="00F02B9E" w:rsidRDefault="00F02B9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32FDB" w:rsidRDefault="00F02B9E" w:rsidP="00E86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IV) IPR Generated - </w:t>
      </w:r>
    </w:p>
    <w:p w:rsidR="00F02B9E" w:rsidRDefault="00F02B9E" w:rsidP="00E8643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8"/>
        <w:gridCol w:w="2655"/>
        <w:gridCol w:w="1697"/>
        <w:gridCol w:w="1697"/>
        <w:gridCol w:w="1697"/>
        <w:gridCol w:w="1697"/>
      </w:tblGrid>
      <w:tr w:rsidR="00F02B9E" w:rsidTr="00F02B9E">
        <w:tc>
          <w:tcPr>
            <w:tcW w:w="738" w:type="dxa"/>
            <w:vAlign w:val="center"/>
          </w:tcPr>
          <w:p w:rsidR="00F02B9E" w:rsidRDefault="00F02B9E" w:rsidP="00F02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2655" w:type="dxa"/>
            <w:vAlign w:val="center"/>
          </w:tcPr>
          <w:p w:rsidR="00F02B9E" w:rsidRDefault="00F02B9E" w:rsidP="00F02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Classification f the IPR (Patent / Design /Trade Mark / Copy Right /GI)</w:t>
            </w:r>
          </w:p>
        </w:tc>
        <w:tc>
          <w:tcPr>
            <w:tcW w:w="1697" w:type="dxa"/>
            <w:vAlign w:val="center"/>
          </w:tcPr>
          <w:p w:rsidR="00F02B9E" w:rsidRDefault="00F02B9E" w:rsidP="00F02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1697" w:type="dxa"/>
            <w:vAlign w:val="center"/>
          </w:tcPr>
          <w:p w:rsidR="00F02B9E" w:rsidRDefault="00F02B9E" w:rsidP="00F02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Filing</w:t>
            </w:r>
          </w:p>
        </w:tc>
        <w:tc>
          <w:tcPr>
            <w:tcW w:w="1697" w:type="dxa"/>
            <w:vAlign w:val="center"/>
          </w:tcPr>
          <w:p w:rsidR="00F02B9E" w:rsidRDefault="00F02B9E" w:rsidP="00F02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Publication</w:t>
            </w:r>
          </w:p>
        </w:tc>
        <w:tc>
          <w:tcPr>
            <w:tcW w:w="1697" w:type="dxa"/>
            <w:vAlign w:val="center"/>
          </w:tcPr>
          <w:p w:rsidR="00F02B9E" w:rsidRDefault="00F02B9E" w:rsidP="00F02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Grant</w:t>
            </w:r>
          </w:p>
        </w:tc>
      </w:tr>
      <w:tr w:rsidR="00F02B9E" w:rsidTr="00F02B9E">
        <w:tc>
          <w:tcPr>
            <w:tcW w:w="738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</w:tr>
      <w:tr w:rsidR="00F02B9E" w:rsidTr="00F02B9E">
        <w:tc>
          <w:tcPr>
            <w:tcW w:w="738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</w:tr>
      <w:tr w:rsidR="00F02B9E" w:rsidTr="00F02B9E">
        <w:tc>
          <w:tcPr>
            <w:tcW w:w="738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</w:tr>
      <w:tr w:rsidR="00F02B9E" w:rsidTr="00F02B9E">
        <w:tc>
          <w:tcPr>
            <w:tcW w:w="738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AF290C">
            <w:pPr>
              <w:rPr>
                <w:sz w:val="24"/>
                <w:szCs w:val="24"/>
              </w:rPr>
            </w:pPr>
          </w:p>
        </w:tc>
      </w:tr>
      <w:tr w:rsidR="00F02B9E" w:rsidTr="00F02B9E">
        <w:tc>
          <w:tcPr>
            <w:tcW w:w="738" w:type="dxa"/>
          </w:tcPr>
          <w:p w:rsidR="00F02B9E" w:rsidRDefault="00F02B9E" w:rsidP="00E8643C">
            <w:pPr>
              <w:rPr>
                <w:sz w:val="24"/>
                <w:szCs w:val="24"/>
              </w:rPr>
            </w:pPr>
          </w:p>
          <w:p w:rsidR="00F02B9E" w:rsidRDefault="00F02B9E" w:rsidP="00E8643C">
            <w:pPr>
              <w:rPr>
                <w:sz w:val="24"/>
                <w:szCs w:val="24"/>
              </w:rPr>
            </w:pPr>
          </w:p>
          <w:p w:rsidR="00F02B9E" w:rsidRDefault="00F02B9E" w:rsidP="00E8643C">
            <w:pPr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F02B9E" w:rsidRDefault="00F02B9E" w:rsidP="00E8643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E8643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E8643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E8643C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</w:tcPr>
          <w:p w:rsidR="00F02B9E" w:rsidRDefault="00F02B9E" w:rsidP="00E8643C">
            <w:pPr>
              <w:rPr>
                <w:sz w:val="24"/>
                <w:szCs w:val="24"/>
              </w:rPr>
            </w:pPr>
          </w:p>
        </w:tc>
      </w:tr>
    </w:tbl>
    <w:p w:rsidR="00F02B9E" w:rsidRDefault="00F02B9E" w:rsidP="00E8643C">
      <w:pPr>
        <w:spacing w:after="0" w:line="240" w:lineRule="auto"/>
        <w:rPr>
          <w:sz w:val="24"/>
          <w:szCs w:val="24"/>
        </w:rPr>
      </w:pPr>
    </w:p>
    <w:p w:rsidR="00F02B9E" w:rsidRDefault="00F02B9E" w:rsidP="00F02B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V) </w:t>
      </w:r>
      <w:r w:rsidR="00A3242E">
        <w:rPr>
          <w:sz w:val="24"/>
          <w:szCs w:val="24"/>
        </w:rPr>
        <w:t>Awards</w:t>
      </w:r>
      <w:r>
        <w:rPr>
          <w:sz w:val="24"/>
          <w:szCs w:val="24"/>
        </w:rPr>
        <w:t xml:space="preserve"> - </w:t>
      </w:r>
    </w:p>
    <w:p w:rsidR="00F02B9E" w:rsidRDefault="00F02B9E" w:rsidP="00F02B9E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188" w:type="dxa"/>
        <w:tblLook w:val="04A0"/>
      </w:tblPr>
      <w:tblGrid>
        <w:gridCol w:w="738"/>
        <w:gridCol w:w="3240"/>
        <w:gridCol w:w="2520"/>
        <w:gridCol w:w="1980"/>
        <w:gridCol w:w="1710"/>
      </w:tblGrid>
      <w:tr w:rsidR="00A3242E" w:rsidTr="00A3242E">
        <w:tc>
          <w:tcPr>
            <w:tcW w:w="738" w:type="dxa"/>
            <w:vAlign w:val="center"/>
          </w:tcPr>
          <w:p w:rsidR="00A3242E" w:rsidRDefault="00A3242E" w:rsidP="00AF2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3240" w:type="dxa"/>
            <w:vAlign w:val="center"/>
          </w:tcPr>
          <w:p w:rsidR="00A3242E" w:rsidRDefault="00A3242E" w:rsidP="00A32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for Which award was conferred</w:t>
            </w:r>
          </w:p>
        </w:tc>
        <w:tc>
          <w:tcPr>
            <w:tcW w:w="2520" w:type="dxa"/>
            <w:vAlign w:val="center"/>
          </w:tcPr>
          <w:p w:rsidR="00A3242E" w:rsidRDefault="00A3242E" w:rsidP="00AF2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Organizers</w:t>
            </w:r>
          </w:p>
        </w:tc>
        <w:tc>
          <w:tcPr>
            <w:tcW w:w="1980" w:type="dxa"/>
            <w:vAlign w:val="center"/>
          </w:tcPr>
          <w:p w:rsidR="00A3242E" w:rsidRDefault="00A3242E" w:rsidP="00AF2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1710" w:type="dxa"/>
            <w:vAlign w:val="center"/>
          </w:tcPr>
          <w:p w:rsidR="00A3242E" w:rsidRDefault="00A3242E" w:rsidP="00AF2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/ International / State Level</w:t>
            </w:r>
          </w:p>
        </w:tc>
      </w:tr>
      <w:tr w:rsidR="00A3242E" w:rsidTr="00A3242E">
        <w:tc>
          <w:tcPr>
            <w:tcW w:w="738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</w:tr>
      <w:tr w:rsidR="00A3242E" w:rsidTr="00A3242E">
        <w:tc>
          <w:tcPr>
            <w:tcW w:w="738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</w:tr>
      <w:tr w:rsidR="00A3242E" w:rsidTr="00A3242E">
        <w:tc>
          <w:tcPr>
            <w:tcW w:w="738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</w:tr>
      <w:tr w:rsidR="00A3242E" w:rsidTr="00A3242E">
        <w:tc>
          <w:tcPr>
            <w:tcW w:w="738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</w:tr>
      <w:tr w:rsidR="00A3242E" w:rsidTr="00A3242E">
        <w:tc>
          <w:tcPr>
            <w:tcW w:w="738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3242E" w:rsidRDefault="00A3242E" w:rsidP="00AF290C">
            <w:pPr>
              <w:rPr>
                <w:sz w:val="24"/>
                <w:szCs w:val="24"/>
              </w:rPr>
            </w:pPr>
          </w:p>
        </w:tc>
      </w:tr>
    </w:tbl>
    <w:p w:rsidR="00F02B9E" w:rsidRDefault="00F02B9E" w:rsidP="00E8643C">
      <w:pPr>
        <w:spacing w:after="0" w:line="240" w:lineRule="auto"/>
        <w:rPr>
          <w:sz w:val="24"/>
          <w:szCs w:val="24"/>
        </w:rPr>
      </w:pPr>
    </w:p>
    <w:p w:rsidR="00F02B9E" w:rsidRDefault="00A251D0" w:rsidP="00E86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VI) Development of MOOCs for SWYAM, SWAYAM Plus, NPTEL, Mahadyandip - </w:t>
      </w:r>
    </w:p>
    <w:p w:rsidR="00A251D0" w:rsidRDefault="00A251D0" w:rsidP="00E8643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188" w:type="dxa"/>
        <w:tblLook w:val="04A0"/>
      </w:tblPr>
      <w:tblGrid>
        <w:gridCol w:w="1008"/>
        <w:gridCol w:w="3330"/>
        <w:gridCol w:w="2790"/>
        <w:gridCol w:w="3060"/>
      </w:tblGrid>
      <w:tr w:rsidR="00A251D0" w:rsidTr="00A251D0">
        <w:tc>
          <w:tcPr>
            <w:tcW w:w="1008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3330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Massive Open Online Course</w:t>
            </w:r>
          </w:p>
        </w:tc>
        <w:tc>
          <w:tcPr>
            <w:tcW w:w="2790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 Group for Which MOOCS was developed</w:t>
            </w:r>
          </w:p>
        </w:tc>
        <w:tc>
          <w:tcPr>
            <w:tcW w:w="3060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Give Weblink</w:t>
            </w:r>
          </w:p>
        </w:tc>
      </w:tr>
      <w:tr w:rsidR="00A251D0" w:rsidTr="00AF290C">
        <w:tc>
          <w:tcPr>
            <w:tcW w:w="1008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  <w:p w:rsidR="00A251D0" w:rsidRDefault="00A251D0" w:rsidP="00AF290C">
            <w:pPr>
              <w:rPr>
                <w:sz w:val="24"/>
                <w:szCs w:val="24"/>
              </w:rPr>
            </w:pPr>
          </w:p>
          <w:p w:rsidR="00A251D0" w:rsidRDefault="00A251D0" w:rsidP="00AF290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</w:tc>
      </w:tr>
      <w:tr w:rsidR="00A251D0" w:rsidTr="00AF290C">
        <w:tc>
          <w:tcPr>
            <w:tcW w:w="1008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  <w:p w:rsidR="00A251D0" w:rsidRDefault="00A251D0" w:rsidP="00AF290C">
            <w:pPr>
              <w:rPr>
                <w:sz w:val="24"/>
                <w:szCs w:val="24"/>
              </w:rPr>
            </w:pPr>
          </w:p>
          <w:p w:rsidR="00A251D0" w:rsidRDefault="00A251D0" w:rsidP="00AF290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251D0" w:rsidRDefault="00A251D0" w:rsidP="00AF290C">
            <w:pPr>
              <w:rPr>
                <w:sz w:val="24"/>
                <w:szCs w:val="24"/>
              </w:rPr>
            </w:pPr>
          </w:p>
        </w:tc>
      </w:tr>
      <w:tr w:rsidR="00A251D0" w:rsidTr="00A251D0">
        <w:tc>
          <w:tcPr>
            <w:tcW w:w="1008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</w:p>
          <w:p w:rsidR="00A251D0" w:rsidRDefault="00A251D0" w:rsidP="00E8643C">
            <w:pPr>
              <w:rPr>
                <w:sz w:val="24"/>
                <w:szCs w:val="24"/>
              </w:rPr>
            </w:pPr>
          </w:p>
          <w:p w:rsidR="00A251D0" w:rsidRDefault="00A251D0" w:rsidP="00E8643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251D0" w:rsidRDefault="00A251D0" w:rsidP="00E8643C">
            <w:pPr>
              <w:rPr>
                <w:sz w:val="24"/>
                <w:szCs w:val="24"/>
              </w:rPr>
            </w:pPr>
          </w:p>
        </w:tc>
      </w:tr>
    </w:tbl>
    <w:p w:rsidR="00A251D0" w:rsidRDefault="00A251D0" w:rsidP="00E8643C">
      <w:pPr>
        <w:spacing w:after="0" w:line="240" w:lineRule="auto"/>
        <w:rPr>
          <w:sz w:val="24"/>
          <w:szCs w:val="24"/>
        </w:rPr>
      </w:pPr>
    </w:p>
    <w:p w:rsidR="00F02B9E" w:rsidRDefault="00F02B9E" w:rsidP="00E8643C">
      <w:pPr>
        <w:spacing w:after="0" w:line="240" w:lineRule="auto"/>
        <w:rPr>
          <w:sz w:val="24"/>
          <w:szCs w:val="24"/>
        </w:rPr>
      </w:pPr>
    </w:p>
    <w:p w:rsidR="00A251D0" w:rsidRDefault="00A251D0" w:rsidP="00E864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VII) </w:t>
      </w:r>
      <w:r w:rsidR="00424956">
        <w:rPr>
          <w:sz w:val="24"/>
          <w:szCs w:val="24"/>
        </w:rPr>
        <w:t xml:space="preserve">Cumulative funds generated through R and D projects sanctioned as PI/Co-I by different Government funding agencies and consultancy through Industrial/Professional Projects - </w:t>
      </w:r>
    </w:p>
    <w:p w:rsidR="00424956" w:rsidRDefault="00424956" w:rsidP="00E8643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0188" w:type="dxa"/>
        <w:tblLook w:val="04A0"/>
      </w:tblPr>
      <w:tblGrid>
        <w:gridCol w:w="1008"/>
        <w:gridCol w:w="3330"/>
        <w:gridCol w:w="2790"/>
        <w:gridCol w:w="3060"/>
      </w:tblGrid>
      <w:tr w:rsidR="009A7903" w:rsidTr="00AF290C">
        <w:tc>
          <w:tcPr>
            <w:tcW w:w="1008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 No</w:t>
            </w:r>
          </w:p>
        </w:tc>
        <w:tc>
          <w:tcPr>
            <w:tcW w:w="3330" w:type="dxa"/>
          </w:tcPr>
          <w:p w:rsidR="009A7903" w:rsidRDefault="009A7903" w:rsidP="009A7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funding Agency </w:t>
            </w:r>
          </w:p>
        </w:tc>
        <w:tc>
          <w:tcPr>
            <w:tcW w:w="279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( PI/C-I/Consultant)</w:t>
            </w:r>
          </w:p>
        </w:tc>
        <w:tc>
          <w:tcPr>
            <w:tcW w:w="306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Funds generated in Rs.</w:t>
            </w:r>
          </w:p>
        </w:tc>
      </w:tr>
      <w:tr w:rsidR="009A7903" w:rsidTr="00AF290C">
        <w:tc>
          <w:tcPr>
            <w:tcW w:w="1008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</w:tr>
      <w:tr w:rsidR="009A7903" w:rsidTr="00AF290C">
        <w:tc>
          <w:tcPr>
            <w:tcW w:w="1008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</w:tr>
      <w:tr w:rsidR="009A7903" w:rsidTr="00AF290C">
        <w:tc>
          <w:tcPr>
            <w:tcW w:w="1008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</w:tr>
      <w:tr w:rsidR="009A7903" w:rsidTr="00AF290C">
        <w:tc>
          <w:tcPr>
            <w:tcW w:w="1008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33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9A7903" w:rsidRDefault="009A7903" w:rsidP="00AF290C">
            <w:pPr>
              <w:rPr>
                <w:sz w:val="24"/>
                <w:szCs w:val="24"/>
              </w:rPr>
            </w:pPr>
          </w:p>
        </w:tc>
      </w:tr>
    </w:tbl>
    <w:p w:rsidR="009A7903" w:rsidRDefault="009A7903" w:rsidP="00E8643C">
      <w:pPr>
        <w:spacing w:after="0" w:line="240" w:lineRule="auto"/>
        <w:rPr>
          <w:sz w:val="24"/>
          <w:szCs w:val="24"/>
        </w:rPr>
      </w:pPr>
    </w:p>
    <w:p w:rsidR="009A7903" w:rsidRDefault="009A7903" w:rsidP="00E8643C">
      <w:pPr>
        <w:spacing w:after="0" w:line="240" w:lineRule="auto"/>
        <w:rPr>
          <w:sz w:val="24"/>
          <w:szCs w:val="24"/>
        </w:rPr>
      </w:pPr>
    </w:p>
    <w:p w:rsidR="00D86501" w:rsidRDefault="00D86501" w:rsidP="00E8643C">
      <w:pPr>
        <w:spacing w:after="0" w:line="240" w:lineRule="auto"/>
        <w:rPr>
          <w:sz w:val="24"/>
          <w:szCs w:val="24"/>
        </w:rPr>
      </w:pPr>
    </w:p>
    <w:p w:rsidR="00D86501" w:rsidRDefault="00D86501" w:rsidP="00E8643C">
      <w:pPr>
        <w:spacing w:after="0" w:line="240" w:lineRule="auto"/>
        <w:rPr>
          <w:sz w:val="24"/>
          <w:szCs w:val="24"/>
        </w:rPr>
      </w:pPr>
    </w:p>
    <w:p w:rsidR="00D86501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I, certify that, all the information given by me is true to the best of my knowledge. If wrong, then my candidature may be automatically terminated.</w:t>
      </w:r>
      <w:r w:rsidRPr="00C71AC5">
        <w:rPr>
          <w:sz w:val="24"/>
          <w:szCs w:val="24"/>
        </w:rPr>
        <w:br/>
      </w:r>
    </w:p>
    <w:p w:rsidR="00201504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Therefore, I am requesting you to consider my application favorably and oblige.</w:t>
      </w:r>
      <w:r w:rsidR="00793EF7">
        <w:rPr>
          <w:sz w:val="24"/>
          <w:szCs w:val="24"/>
        </w:rPr>
        <w:t xml:space="preserve"> </w:t>
      </w:r>
      <w:r w:rsidRPr="00C71AC5">
        <w:rPr>
          <w:sz w:val="24"/>
          <w:szCs w:val="24"/>
        </w:rPr>
        <w:t>Thanking you,</w:t>
      </w:r>
    </w:p>
    <w:p w:rsidR="0056617B" w:rsidRDefault="0056617B" w:rsidP="00E8643C">
      <w:pPr>
        <w:spacing w:after="0" w:line="240" w:lineRule="auto"/>
        <w:rPr>
          <w:sz w:val="24"/>
          <w:szCs w:val="24"/>
        </w:rPr>
      </w:pPr>
    </w:p>
    <w:p w:rsidR="0056617B" w:rsidRPr="00C71AC5" w:rsidRDefault="0056617B" w:rsidP="00E8643C">
      <w:pPr>
        <w:spacing w:after="0" w:line="240" w:lineRule="auto"/>
        <w:rPr>
          <w:sz w:val="24"/>
          <w:szCs w:val="24"/>
        </w:rPr>
      </w:pPr>
    </w:p>
    <w:p w:rsidR="00201504" w:rsidRPr="00C71AC5" w:rsidRDefault="00811532" w:rsidP="00E8643C">
      <w:pPr>
        <w:spacing w:after="0" w:line="240" w:lineRule="auto"/>
        <w:jc w:val="center"/>
        <w:rPr>
          <w:sz w:val="24"/>
          <w:szCs w:val="24"/>
        </w:rPr>
      </w:pPr>
      <w:r w:rsidRPr="00C71AC5">
        <w:rPr>
          <w:sz w:val="24"/>
          <w:szCs w:val="24"/>
        </w:rPr>
        <w:t>Yours faithfully</w:t>
      </w:r>
    </w:p>
    <w:p w:rsidR="002B3E2B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Date:</w:t>
      </w:r>
    </w:p>
    <w:p w:rsidR="00E8643C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br/>
        <w:t xml:space="preserve">Place:                                            </w:t>
      </w:r>
      <w:r w:rsidR="00D86501">
        <w:rPr>
          <w:sz w:val="24"/>
          <w:szCs w:val="24"/>
        </w:rPr>
        <w:tab/>
      </w:r>
      <w:r w:rsidR="00D86501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 Signature</w:t>
      </w:r>
    </w:p>
    <w:p w:rsidR="00201504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br/>
        <w:t xml:space="preserve">                                                    </w:t>
      </w:r>
      <w:r w:rsidR="00D86501">
        <w:rPr>
          <w:sz w:val="24"/>
          <w:szCs w:val="24"/>
        </w:rPr>
        <w:tab/>
      </w:r>
      <w:r w:rsidRPr="00C71AC5">
        <w:rPr>
          <w:sz w:val="24"/>
          <w:szCs w:val="24"/>
        </w:rPr>
        <w:t xml:space="preserve"> (Name:</w:t>
      </w:r>
      <w:r w:rsidR="00D86501">
        <w:rPr>
          <w:sz w:val="24"/>
          <w:szCs w:val="24"/>
        </w:rPr>
        <w:t xml:space="preserve"> ___________________________________________</w:t>
      </w:r>
      <w:r w:rsidRPr="00C71AC5">
        <w:rPr>
          <w:sz w:val="24"/>
          <w:szCs w:val="24"/>
        </w:rPr>
        <w:t xml:space="preserve"> )</w:t>
      </w:r>
    </w:p>
    <w:p w:rsidR="00C40ADF" w:rsidRDefault="00C40ADF" w:rsidP="00E8643C">
      <w:pPr>
        <w:spacing w:after="0" w:line="240" w:lineRule="auto"/>
        <w:rPr>
          <w:sz w:val="24"/>
          <w:szCs w:val="24"/>
        </w:rPr>
      </w:pPr>
    </w:p>
    <w:p w:rsidR="002B3E2B" w:rsidRDefault="002B3E2B" w:rsidP="00E8643C">
      <w:pPr>
        <w:spacing w:after="0" w:line="240" w:lineRule="auto"/>
        <w:rPr>
          <w:sz w:val="24"/>
          <w:szCs w:val="24"/>
        </w:rPr>
      </w:pPr>
    </w:p>
    <w:p w:rsidR="00C40ADF" w:rsidRPr="00C71AC5" w:rsidRDefault="003B00AB" w:rsidP="00E8643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9.95pt;margin-top:9.25pt;width:559pt;height:.7pt;flip:y;z-index:251658240" o:connectortype="straight"/>
        </w:pict>
      </w:r>
    </w:p>
    <w:p w:rsidR="00FC7E60" w:rsidRDefault="00811532" w:rsidP="00FC7E60">
      <w:pPr>
        <w:spacing w:after="0" w:line="240" w:lineRule="auto"/>
        <w:rPr>
          <w:sz w:val="24"/>
          <w:szCs w:val="24"/>
        </w:rPr>
      </w:pPr>
      <w:r w:rsidRPr="00136E4D">
        <w:rPr>
          <w:sz w:val="22"/>
          <w:szCs w:val="24"/>
        </w:rPr>
        <w:t xml:space="preserve">Note: </w:t>
      </w:r>
      <w:r w:rsidR="00FC7E60">
        <w:rPr>
          <w:sz w:val="22"/>
          <w:szCs w:val="24"/>
        </w:rPr>
        <w:tab/>
        <w:t xml:space="preserve">1. </w:t>
      </w:r>
      <w:r w:rsidR="00FC7E60" w:rsidRPr="00C71AC5">
        <w:rPr>
          <w:sz w:val="24"/>
          <w:szCs w:val="24"/>
        </w:rPr>
        <w:t xml:space="preserve">Self-attested </w:t>
      </w:r>
      <w:r w:rsidR="00FC7E60">
        <w:rPr>
          <w:sz w:val="24"/>
          <w:szCs w:val="24"/>
        </w:rPr>
        <w:t xml:space="preserve">All </w:t>
      </w:r>
      <w:r w:rsidR="00FC7E60" w:rsidRPr="00C71AC5">
        <w:rPr>
          <w:sz w:val="24"/>
          <w:szCs w:val="24"/>
        </w:rPr>
        <w:t>copies t</w:t>
      </w:r>
      <w:r w:rsidR="00FC7E60">
        <w:rPr>
          <w:sz w:val="24"/>
          <w:szCs w:val="24"/>
        </w:rPr>
        <w:t xml:space="preserve">he documents should be attached </w:t>
      </w:r>
    </w:p>
    <w:p w:rsidR="00201504" w:rsidRPr="00136E4D" w:rsidRDefault="00FC7E60" w:rsidP="00FC7E60">
      <w:pPr>
        <w:spacing w:after="0" w:line="240" w:lineRule="auto"/>
        <w:rPr>
          <w:sz w:val="22"/>
          <w:szCs w:val="24"/>
        </w:rPr>
      </w:pPr>
      <w:r>
        <w:rPr>
          <w:sz w:val="24"/>
          <w:szCs w:val="24"/>
        </w:rPr>
        <w:tab/>
        <w:t xml:space="preserve">2. </w:t>
      </w:r>
      <w:r w:rsidR="00811532" w:rsidRPr="00136E4D">
        <w:rPr>
          <w:sz w:val="22"/>
          <w:szCs w:val="24"/>
        </w:rPr>
        <w:t>Applications with incomplete info</w:t>
      </w:r>
      <w:r w:rsidR="00864E9B">
        <w:rPr>
          <w:sz w:val="22"/>
          <w:szCs w:val="24"/>
        </w:rPr>
        <w:t>rmation will not be considered.</w:t>
      </w:r>
    </w:p>
    <w:p w:rsidR="00201504" w:rsidRPr="00E8643C" w:rsidRDefault="00811532" w:rsidP="00E8643C">
      <w:pPr>
        <w:spacing w:after="0" w:line="240" w:lineRule="auto"/>
        <w:jc w:val="center"/>
        <w:rPr>
          <w:sz w:val="24"/>
          <w:szCs w:val="24"/>
        </w:rPr>
      </w:pPr>
      <w:r w:rsidRPr="00C71AC5">
        <w:rPr>
          <w:sz w:val="24"/>
          <w:szCs w:val="24"/>
        </w:rPr>
        <w:br w:type="page"/>
      </w:r>
      <w:r w:rsidRPr="00C71AC5">
        <w:rPr>
          <w:b/>
          <w:sz w:val="24"/>
          <w:szCs w:val="24"/>
        </w:rPr>
        <w:lastRenderedPageBreak/>
        <w:t>Score for the Post of Assistant Professor in the Colleges</w:t>
      </w:r>
    </w:p>
    <w:tbl>
      <w:tblPr>
        <w:tblStyle w:val="TableGrid"/>
        <w:tblW w:w="10984" w:type="dxa"/>
        <w:jc w:val="center"/>
        <w:tblLayout w:type="fixed"/>
        <w:tblLook w:val="04A0"/>
      </w:tblPr>
      <w:tblGrid>
        <w:gridCol w:w="648"/>
        <w:gridCol w:w="450"/>
        <w:gridCol w:w="450"/>
        <w:gridCol w:w="2970"/>
        <w:gridCol w:w="90"/>
        <w:gridCol w:w="2610"/>
        <w:gridCol w:w="1260"/>
        <w:gridCol w:w="1516"/>
        <w:gridCol w:w="990"/>
      </w:tblGrid>
      <w:tr w:rsidR="00DD7B1E" w:rsidRPr="0005189A" w:rsidTr="00E8643C">
        <w:trPr>
          <w:jc w:val="center"/>
        </w:trPr>
        <w:tc>
          <w:tcPr>
            <w:tcW w:w="648" w:type="dxa"/>
          </w:tcPr>
          <w:p w:rsidR="00DD7B1E" w:rsidRPr="0005189A" w:rsidRDefault="00DD7B1E" w:rsidP="00E8643C">
            <w:pPr>
              <w:jc w:val="center"/>
              <w:rPr>
                <w:b/>
                <w:szCs w:val="24"/>
              </w:rPr>
            </w:pPr>
            <w:r w:rsidRPr="0005189A">
              <w:rPr>
                <w:b/>
                <w:szCs w:val="24"/>
              </w:rPr>
              <w:t>Sr No</w:t>
            </w:r>
          </w:p>
        </w:tc>
        <w:tc>
          <w:tcPr>
            <w:tcW w:w="3870" w:type="dxa"/>
            <w:gridSpan w:val="3"/>
          </w:tcPr>
          <w:p w:rsidR="00DD7B1E" w:rsidRPr="0005189A" w:rsidRDefault="00DD7B1E" w:rsidP="00E8643C">
            <w:pPr>
              <w:jc w:val="center"/>
              <w:rPr>
                <w:b/>
                <w:szCs w:val="24"/>
              </w:rPr>
            </w:pPr>
            <w:r w:rsidRPr="0005189A">
              <w:rPr>
                <w:b/>
                <w:szCs w:val="24"/>
              </w:rPr>
              <w:t>Academic Records</w:t>
            </w:r>
          </w:p>
        </w:tc>
        <w:tc>
          <w:tcPr>
            <w:tcW w:w="2700" w:type="dxa"/>
            <w:gridSpan w:val="2"/>
          </w:tcPr>
          <w:p w:rsidR="00DD7B1E" w:rsidRPr="0005189A" w:rsidRDefault="00DD7B1E" w:rsidP="00E8643C">
            <w:pPr>
              <w:jc w:val="center"/>
              <w:rPr>
                <w:b/>
                <w:szCs w:val="24"/>
              </w:rPr>
            </w:pPr>
            <w:r w:rsidRPr="0005189A">
              <w:rPr>
                <w:b/>
                <w:szCs w:val="24"/>
              </w:rPr>
              <w:t>Score</w:t>
            </w:r>
          </w:p>
        </w:tc>
        <w:tc>
          <w:tcPr>
            <w:tcW w:w="1260" w:type="dxa"/>
          </w:tcPr>
          <w:p w:rsidR="00DD7B1E" w:rsidRPr="0005189A" w:rsidRDefault="00DD7B1E" w:rsidP="00E8643C">
            <w:pPr>
              <w:jc w:val="center"/>
              <w:rPr>
                <w:b/>
                <w:szCs w:val="24"/>
              </w:rPr>
            </w:pPr>
            <w:r w:rsidRPr="0005189A">
              <w:rPr>
                <w:b/>
                <w:szCs w:val="24"/>
              </w:rPr>
              <w:t>Self-Appraisal Score</w:t>
            </w:r>
          </w:p>
        </w:tc>
        <w:tc>
          <w:tcPr>
            <w:tcW w:w="1516" w:type="dxa"/>
          </w:tcPr>
          <w:p w:rsidR="00DD7B1E" w:rsidRPr="0005189A" w:rsidRDefault="00DD7B1E" w:rsidP="00E8643C">
            <w:pPr>
              <w:jc w:val="center"/>
              <w:rPr>
                <w:b/>
                <w:szCs w:val="24"/>
              </w:rPr>
            </w:pPr>
            <w:r w:rsidRPr="0005189A">
              <w:rPr>
                <w:b/>
                <w:szCs w:val="24"/>
              </w:rPr>
              <w:t>Page Number of Supporting Document</w:t>
            </w:r>
          </w:p>
        </w:tc>
        <w:tc>
          <w:tcPr>
            <w:tcW w:w="990" w:type="dxa"/>
          </w:tcPr>
          <w:p w:rsidR="00DD7B1E" w:rsidRPr="0005189A" w:rsidRDefault="00DD7B1E" w:rsidP="00E8643C">
            <w:pPr>
              <w:jc w:val="center"/>
              <w:rPr>
                <w:b/>
                <w:szCs w:val="24"/>
              </w:rPr>
            </w:pPr>
            <w:r w:rsidRPr="0005189A">
              <w:rPr>
                <w:b/>
                <w:szCs w:val="24"/>
              </w:rPr>
              <w:t>Verified Score</w:t>
            </w: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 w:val="restart"/>
          </w:tcPr>
          <w:p w:rsidR="00E5269C" w:rsidRPr="00EC207A" w:rsidRDefault="00E5269C" w:rsidP="00E8643C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</w:t>
            </w:r>
          </w:p>
        </w:tc>
        <w:tc>
          <w:tcPr>
            <w:tcW w:w="10336" w:type="dxa"/>
            <w:gridSpan w:val="8"/>
            <w:vAlign w:val="center"/>
          </w:tcPr>
          <w:p w:rsidR="00E5269C" w:rsidRPr="00EC207A" w:rsidRDefault="00E5269C" w:rsidP="00E8643C">
            <w:pPr>
              <w:rPr>
                <w:b/>
                <w:szCs w:val="20"/>
              </w:rPr>
            </w:pPr>
            <w:r w:rsidRPr="00EC207A">
              <w:rPr>
                <w:b/>
                <w:szCs w:val="20"/>
              </w:rPr>
              <w:t>Academic Records (Max. marks 46)</w:t>
            </w: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a</w:t>
            </w:r>
            <w:r>
              <w:rPr>
                <w:szCs w:val="20"/>
              </w:rPr>
              <w:t>.</w:t>
            </w:r>
          </w:p>
        </w:tc>
        <w:tc>
          <w:tcPr>
            <w:tcW w:w="7380" w:type="dxa"/>
            <w:gridSpan w:val="5"/>
            <w:vAlign w:val="center"/>
          </w:tcPr>
          <w:p w:rsidR="00E5269C" w:rsidRPr="00EC207A" w:rsidRDefault="00E5269C" w:rsidP="00E8643C">
            <w:pPr>
              <w:rPr>
                <w:szCs w:val="20"/>
              </w:rPr>
            </w:pPr>
            <w:r w:rsidRPr="00EC207A">
              <w:rPr>
                <w:szCs w:val="20"/>
              </w:rPr>
              <w:t>Score for Marks obtained at UG and PG Degree Examinations (Max. Marks 24)</w:t>
            </w: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i</w:t>
            </w: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Graduation (Max. Marks 10)</w:t>
            </w: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80% &amp; Above = 10</w:t>
            </w:r>
          </w:p>
        </w:tc>
        <w:tc>
          <w:tcPr>
            <w:tcW w:w="126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60% to less than 80% = 08</w:t>
            </w:r>
          </w:p>
        </w:tc>
        <w:tc>
          <w:tcPr>
            <w:tcW w:w="126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55% to less than 60% = 06</w:t>
            </w:r>
          </w:p>
        </w:tc>
        <w:tc>
          <w:tcPr>
            <w:tcW w:w="126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EC207A">
              <w:rPr>
                <w:szCs w:val="20"/>
              </w:rPr>
              <w:t>45% to less than 55% = 04</w:t>
            </w:r>
          </w:p>
        </w:tc>
        <w:tc>
          <w:tcPr>
            <w:tcW w:w="126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ii</w:t>
            </w: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Post- Graduation (Max. Marks 14)</w:t>
            </w: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80% &amp; Above = 14</w:t>
            </w:r>
          </w:p>
        </w:tc>
        <w:tc>
          <w:tcPr>
            <w:tcW w:w="126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60% to less than 80% = 12</w:t>
            </w:r>
          </w:p>
        </w:tc>
        <w:tc>
          <w:tcPr>
            <w:tcW w:w="126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3060" w:type="dxa"/>
            <w:gridSpan w:val="2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55% (Relaxation for Reserved</w:t>
            </w:r>
            <w:r>
              <w:rPr>
                <w:szCs w:val="20"/>
              </w:rPr>
              <w:t xml:space="preserve"> </w:t>
            </w:r>
            <w:r w:rsidRPr="00081AC1">
              <w:rPr>
                <w:szCs w:val="20"/>
              </w:rPr>
              <w:t>Category/PWD Candidates as per Govt. of Maharashtra Norms) to less Than 60% = 10</w:t>
            </w:r>
          </w:p>
        </w:tc>
        <w:tc>
          <w:tcPr>
            <w:tcW w:w="126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b.</w:t>
            </w:r>
          </w:p>
        </w:tc>
        <w:tc>
          <w:tcPr>
            <w:tcW w:w="7380" w:type="dxa"/>
            <w:gridSpan w:val="5"/>
          </w:tcPr>
          <w:p w:rsidR="00E5269C" w:rsidRPr="00EC207A" w:rsidRDefault="00E5269C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M. Phil., and Ph.D.(Max.Marks17)</w:t>
            </w: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</w:tcPr>
          <w:p w:rsidR="00B00A28" w:rsidRDefault="00B00A28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060" w:type="dxa"/>
            <w:gridSpan w:val="2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M. Phil</w:t>
            </w: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60% and above = 05</w:t>
            </w:r>
          </w:p>
        </w:tc>
        <w:tc>
          <w:tcPr>
            <w:tcW w:w="126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B00A28" w:rsidRPr="00EC207A" w:rsidTr="00E8643C">
        <w:trPr>
          <w:jc w:val="center"/>
        </w:trPr>
        <w:tc>
          <w:tcPr>
            <w:tcW w:w="648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</w:tcPr>
          <w:p w:rsidR="00B00A28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3060" w:type="dxa"/>
            <w:gridSpan w:val="2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2610" w:type="dxa"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55% to less than 60% = 03</w:t>
            </w:r>
          </w:p>
        </w:tc>
        <w:tc>
          <w:tcPr>
            <w:tcW w:w="126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  <w:vMerge/>
          </w:tcPr>
          <w:p w:rsidR="00B00A28" w:rsidRPr="00EC207A" w:rsidRDefault="00B00A28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</w:tcPr>
          <w:p w:rsidR="00E5269C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ii </w:t>
            </w:r>
          </w:p>
        </w:tc>
        <w:tc>
          <w:tcPr>
            <w:tcW w:w="3060" w:type="dxa"/>
            <w:gridSpan w:val="2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 xml:space="preserve">Ph.D. </w:t>
            </w:r>
          </w:p>
        </w:tc>
        <w:tc>
          <w:tcPr>
            <w:tcW w:w="261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= 17</w:t>
            </w:r>
          </w:p>
        </w:tc>
        <w:tc>
          <w:tcPr>
            <w:tcW w:w="126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E5269C" w:rsidRPr="00EC207A" w:rsidRDefault="00E5269C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M. Phil. + Ph.D.=Maximum17 Marks</w:t>
            </w:r>
          </w:p>
        </w:tc>
        <w:tc>
          <w:tcPr>
            <w:tcW w:w="126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c.</w:t>
            </w:r>
          </w:p>
        </w:tc>
        <w:tc>
          <w:tcPr>
            <w:tcW w:w="7380" w:type="dxa"/>
            <w:gridSpan w:val="5"/>
          </w:tcPr>
          <w:p w:rsidR="00E5269C" w:rsidRPr="00EC207A" w:rsidRDefault="00E5269C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JRF/NET/SET (Max. Marks 05)</w:t>
            </w: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</w:tcPr>
          <w:p w:rsidR="00E5269C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</w:t>
            </w:r>
          </w:p>
        </w:tc>
        <w:tc>
          <w:tcPr>
            <w:tcW w:w="3060" w:type="dxa"/>
            <w:gridSpan w:val="2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 xml:space="preserve">NET with JRF </w:t>
            </w:r>
          </w:p>
        </w:tc>
        <w:tc>
          <w:tcPr>
            <w:tcW w:w="261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= 05</w:t>
            </w:r>
          </w:p>
        </w:tc>
        <w:tc>
          <w:tcPr>
            <w:tcW w:w="126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</w:tcPr>
          <w:p w:rsidR="00E5269C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ii</w:t>
            </w:r>
          </w:p>
        </w:tc>
        <w:tc>
          <w:tcPr>
            <w:tcW w:w="3060" w:type="dxa"/>
            <w:gridSpan w:val="2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 xml:space="preserve">NET </w:t>
            </w:r>
          </w:p>
        </w:tc>
        <w:tc>
          <w:tcPr>
            <w:tcW w:w="261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= 04</w:t>
            </w:r>
          </w:p>
        </w:tc>
        <w:tc>
          <w:tcPr>
            <w:tcW w:w="126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</w:tcPr>
          <w:p w:rsidR="00E5269C" w:rsidRDefault="00E5269C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iii</w:t>
            </w:r>
          </w:p>
        </w:tc>
        <w:tc>
          <w:tcPr>
            <w:tcW w:w="3060" w:type="dxa"/>
            <w:gridSpan w:val="2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 xml:space="preserve">SET </w:t>
            </w:r>
          </w:p>
        </w:tc>
        <w:tc>
          <w:tcPr>
            <w:tcW w:w="261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  <w:r w:rsidRPr="00081AC1">
              <w:rPr>
                <w:szCs w:val="20"/>
              </w:rPr>
              <w:t>= 03</w:t>
            </w:r>
          </w:p>
        </w:tc>
        <w:tc>
          <w:tcPr>
            <w:tcW w:w="126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E5269C" w:rsidRPr="00EC207A" w:rsidTr="00E8643C">
        <w:trPr>
          <w:jc w:val="center"/>
        </w:trPr>
        <w:tc>
          <w:tcPr>
            <w:tcW w:w="648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E5269C" w:rsidRPr="00081AC1" w:rsidRDefault="00E5269C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JRF+NET+SET=Maximum 05Marks</w:t>
            </w:r>
          </w:p>
        </w:tc>
        <w:tc>
          <w:tcPr>
            <w:tcW w:w="126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E5269C" w:rsidRPr="00EC207A" w:rsidRDefault="00E5269C" w:rsidP="00E8643C">
            <w:pPr>
              <w:jc w:val="center"/>
              <w:rPr>
                <w:szCs w:val="20"/>
              </w:rPr>
            </w:pPr>
          </w:p>
        </w:tc>
      </w:tr>
      <w:tr w:rsidR="002D494F" w:rsidRPr="00EC207A" w:rsidTr="00E8643C">
        <w:trPr>
          <w:jc w:val="center"/>
        </w:trPr>
        <w:tc>
          <w:tcPr>
            <w:tcW w:w="648" w:type="dxa"/>
          </w:tcPr>
          <w:p w:rsidR="002D494F" w:rsidRPr="00AA1B27" w:rsidRDefault="002D494F" w:rsidP="00E8643C">
            <w:pPr>
              <w:jc w:val="center"/>
              <w:rPr>
                <w:b/>
                <w:szCs w:val="20"/>
              </w:rPr>
            </w:pPr>
            <w:r w:rsidRPr="00AA1B27">
              <w:rPr>
                <w:b/>
                <w:szCs w:val="20"/>
              </w:rPr>
              <w:t>B.</w:t>
            </w:r>
          </w:p>
        </w:tc>
        <w:tc>
          <w:tcPr>
            <w:tcW w:w="6570" w:type="dxa"/>
            <w:gridSpan w:val="5"/>
          </w:tcPr>
          <w:p w:rsidR="002D494F" w:rsidRPr="00081AC1" w:rsidRDefault="002D494F" w:rsidP="00E8643C">
            <w:pPr>
              <w:jc w:val="center"/>
              <w:rPr>
                <w:szCs w:val="20"/>
              </w:rPr>
            </w:pPr>
            <w:r w:rsidRPr="00F23FBD">
              <w:rPr>
                <w:b/>
                <w:szCs w:val="20"/>
              </w:rPr>
              <w:t>Teaching Experience (Max. Marks 06)</w:t>
            </w:r>
            <w:r w:rsidRPr="00F23FBD">
              <w:rPr>
                <w:b/>
                <w:szCs w:val="20"/>
              </w:rPr>
              <w:br/>
            </w:r>
            <w:r w:rsidRPr="00081AC1">
              <w:rPr>
                <w:szCs w:val="20"/>
              </w:rPr>
              <w:t>Scores for approved teaching experience (as approved by the University/Parent body including approved experience as CHB/ Contractual/ Adhoc) / Postdoctoral experience shall be 1 mark per year. However, if the period of teaching/Post-doctoral experience is less than one year then the marks shall be reduced proportionately. However, while calculating the yearly approved experience of CHB/ Contractual/ Adhoc positions, the tenure shall not be less than 9 months (continuous or broken) in respective Academic Year</w:t>
            </w:r>
          </w:p>
        </w:tc>
        <w:tc>
          <w:tcPr>
            <w:tcW w:w="1260" w:type="dxa"/>
          </w:tcPr>
          <w:p w:rsidR="002D494F" w:rsidRPr="00EC207A" w:rsidRDefault="002D494F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2D494F" w:rsidRPr="00EC207A" w:rsidRDefault="002D494F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2D494F" w:rsidRPr="00EC207A" w:rsidRDefault="002D494F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 w:val="restart"/>
          </w:tcPr>
          <w:p w:rsidR="00F23FBD" w:rsidRPr="00661A17" w:rsidRDefault="00F23FBD" w:rsidP="00E8643C">
            <w:pPr>
              <w:jc w:val="center"/>
              <w:rPr>
                <w:b/>
                <w:szCs w:val="20"/>
              </w:rPr>
            </w:pPr>
            <w:r w:rsidRPr="00661A17">
              <w:rPr>
                <w:b/>
                <w:szCs w:val="20"/>
              </w:rPr>
              <w:t>C</w:t>
            </w:r>
          </w:p>
        </w:tc>
        <w:tc>
          <w:tcPr>
            <w:tcW w:w="7830" w:type="dxa"/>
            <w:gridSpan w:val="6"/>
          </w:tcPr>
          <w:p w:rsidR="00F23FBD" w:rsidRPr="00F23FBD" w:rsidRDefault="00F23FBD" w:rsidP="00E8643C">
            <w:pPr>
              <w:rPr>
                <w:b/>
                <w:szCs w:val="20"/>
              </w:rPr>
            </w:pPr>
            <w:r w:rsidRPr="00F23FBD">
              <w:rPr>
                <w:b/>
                <w:szCs w:val="20"/>
              </w:rPr>
              <w:t>Assessment of Research Skills (Max. Marks 08)</w:t>
            </w: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a.</w:t>
            </w:r>
          </w:p>
        </w:tc>
        <w:tc>
          <w:tcPr>
            <w:tcW w:w="7380" w:type="dxa"/>
            <w:gridSpan w:val="5"/>
          </w:tcPr>
          <w:p w:rsidR="00F23FBD" w:rsidRPr="00EC207A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Research Publications, Books Authored and IPR generated (Max. Marks: 06)</w:t>
            </w: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81AC1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i. Research Publications: In case of award of Marks under Research Publications, only PEER Reviewed Journals shall be considered. Score for PEER Reviewed Research Publications shall be 1 per Research Paper for single author Publications. In case of Multiple Authors, the principal author (first author or author for correspondence) shall get 60%Marks and Co-authors shall get 40% marks.</w:t>
            </w:r>
          </w:p>
        </w:tc>
        <w:tc>
          <w:tcPr>
            <w:tcW w:w="126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81AC1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ii. Books Authored and Published by Reputed (National/International) Publisher (with ISBN):</w:t>
            </w:r>
            <w:r w:rsidRPr="00081AC1">
              <w:rPr>
                <w:szCs w:val="20"/>
              </w:rPr>
              <w:br/>
              <w:t>2 marks per authored reference book</w:t>
            </w:r>
            <w:r>
              <w:rPr>
                <w:szCs w:val="20"/>
              </w:rPr>
              <w:t>.</w:t>
            </w:r>
            <w:r w:rsidRPr="00081AC1">
              <w:rPr>
                <w:szCs w:val="20"/>
              </w:rPr>
              <w:br/>
              <w:t>1 Mark per Edited Book/ chapters in edited volume/ Translated Book</w:t>
            </w:r>
            <w:r>
              <w:rPr>
                <w:szCs w:val="20"/>
              </w:rPr>
              <w:t>.</w:t>
            </w:r>
          </w:p>
        </w:tc>
        <w:tc>
          <w:tcPr>
            <w:tcW w:w="126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81AC1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iii. IPR generated</w:t>
            </w:r>
            <w:r w:rsidRPr="00081AC1">
              <w:rPr>
                <w:szCs w:val="20"/>
              </w:rPr>
              <w:br/>
              <w:t>2 marks per IPR (Patents/Copyright/Trademarks/ Designs etc.) granted/ awarded</w:t>
            </w:r>
          </w:p>
        </w:tc>
        <w:tc>
          <w:tcPr>
            <w:tcW w:w="126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05189A" w:rsidTr="00E8643C">
        <w:trPr>
          <w:jc w:val="center"/>
        </w:trPr>
        <w:tc>
          <w:tcPr>
            <w:tcW w:w="648" w:type="dxa"/>
            <w:vMerge/>
          </w:tcPr>
          <w:p w:rsidR="00F23FBD" w:rsidRPr="0005189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05189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5189A" w:rsidRDefault="00F23FBD" w:rsidP="00E8643C">
            <w:pPr>
              <w:rPr>
                <w:szCs w:val="20"/>
              </w:rPr>
            </w:pPr>
            <w:r w:rsidRPr="0005189A">
              <w:rPr>
                <w:szCs w:val="20"/>
              </w:rPr>
              <w:t>Research Publications + Books Authored + IPR generated: Max. 06 Marks</w:t>
            </w:r>
          </w:p>
        </w:tc>
        <w:tc>
          <w:tcPr>
            <w:tcW w:w="1260" w:type="dxa"/>
          </w:tcPr>
          <w:p w:rsidR="00F23FBD" w:rsidRPr="0005189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05189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05189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 w:val="restart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b.</w:t>
            </w:r>
          </w:p>
        </w:tc>
        <w:tc>
          <w:tcPr>
            <w:tcW w:w="7380" w:type="dxa"/>
            <w:gridSpan w:val="5"/>
          </w:tcPr>
          <w:p w:rsidR="00F23FBD" w:rsidRPr="00EC207A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Awards(Max.02 Marks):</w:t>
            </w: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81AC1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i. International/ National Level (Awards given by the Reputed International Organizations/ Government of India/ Government of India recognized National Level Bodies): 02</w:t>
            </w:r>
          </w:p>
        </w:tc>
        <w:tc>
          <w:tcPr>
            <w:tcW w:w="126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EC207A" w:rsidTr="00E8643C">
        <w:trPr>
          <w:jc w:val="center"/>
        </w:trPr>
        <w:tc>
          <w:tcPr>
            <w:tcW w:w="648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81AC1" w:rsidRDefault="00F23FBD" w:rsidP="00E8643C">
            <w:pPr>
              <w:rPr>
                <w:szCs w:val="20"/>
              </w:rPr>
            </w:pPr>
            <w:r w:rsidRPr="00081AC1">
              <w:rPr>
                <w:szCs w:val="20"/>
              </w:rPr>
              <w:t>ii. State Level (Awards given by State Government): 01</w:t>
            </w:r>
          </w:p>
        </w:tc>
        <w:tc>
          <w:tcPr>
            <w:tcW w:w="126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EC207A" w:rsidRDefault="00F23FBD" w:rsidP="00E8643C">
            <w:pPr>
              <w:jc w:val="center"/>
              <w:rPr>
                <w:szCs w:val="20"/>
              </w:rPr>
            </w:pPr>
          </w:p>
        </w:tc>
      </w:tr>
      <w:tr w:rsidR="00F23FBD" w:rsidRPr="0005189A" w:rsidTr="00E8643C">
        <w:trPr>
          <w:jc w:val="center"/>
        </w:trPr>
        <w:tc>
          <w:tcPr>
            <w:tcW w:w="648" w:type="dxa"/>
            <w:vMerge/>
          </w:tcPr>
          <w:p w:rsidR="00F23FBD" w:rsidRPr="0005189A" w:rsidRDefault="00F23FBD" w:rsidP="00E8643C">
            <w:pPr>
              <w:rPr>
                <w:szCs w:val="20"/>
              </w:rPr>
            </w:pPr>
          </w:p>
        </w:tc>
        <w:tc>
          <w:tcPr>
            <w:tcW w:w="450" w:type="dxa"/>
            <w:vMerge/>
          </w:tcPr>
          <w:p w:rsidR="00F23FBD" w:rsidRPr="0005189A" w:rsidRDefault="00F23FBD" w:rsidP="00E8643C">
            <w:pPr>
              <w:rPr>
                <w:szCs w:val="20"/>
              </w:rPr>
            </w:pPr>
          </w:p>
        </w:tc>
        <w:tc>
          <w:tcPr>
            <w:tcW w:w="6120" w:type="dxa"/>
            <w:gridSpan w:val="4"/>
          </w:tcPr>
          <w:p w:rsidR="00F23FBD" w:rsidRPr="0005189A" w:rsidRDefault="00F23FBD" w:rsidP="00E8643C">
            <w:pPr>
              <w:rPr>
                <w:szCs w:val="20"/>
              </w:rPr>
            </w:pPr>
            <w:r w:rsidRPr="0005189A">
              <w:rPr>
                <w:szCs w:val="20"/>
              </w:rPr>
              <w:t>International + National + State Level Awards: Max. 02 Marks Total</w:t>
            </w:r>
          </w:p>
        </w:tc>
        <w:tc>
          <w:tcPr>
            <w:tcW w:w="1260" w:type="dxa"/>
          </w:tcPr>
          <w:p w:rsidR="00F23FBD" w:rsidRPr="0005189A" w:rsidRDefault="00F23FBD" w:rsidP="00E8643C">
            <w:pPr>
              <w:rPr>
                <w:szCs w:val="20"/>
              </w:rPr>
            </w:pPr>
          </w:p>
        </w:tc>
        <w:tc>
          <w:tcPr>
            <w:tcW w:w="1516" w:type="dxa"/>
          </w:tcPr>
          <w:p w:rsidR="00F23FBD" w:rsidRPr="0005189A" w:rsidRDefault="00F23FBD" w:rsidP="00E8643C">
            <w:pPr>
              <w:rPr>
                <w:szCs w:val="20"/>
              </w:rPr>
            </w:pPr>
          </w:p>
        </w:tc>
        <w:tc>
          <w:tcPr>
            <w:tcW w:w="990" w:type="dxa"/>
          </w:tcPr>
          <w:p w:rsidR="00F23FBD" w:rsidRPr="0005189A" w:rsidRDefault="00F23FBD" w:rsidP="00E8643C">
            <w:pPr>
              <w:rPr>
                <w:szCs w:val="20"/>
              </w:rPr>
            </w:pPr>
          </w:p>
        </w:tc>
      </w:tr>
      <w:tr w:rsidR="004B685E" w:rsidRPr="004B685E" w:rsidTr="00E8643C">
        <w:trPr>
          <w:jc w:val="center"/>
        </w:trPr>
        <w:tc>
          <w:tcPr>
            <w:tcW w:w="9994" w:type="dxa"/>
            <w:gridSpan w:val="8"/>
          </w:tcPr>
          <w:p w:rsidR="004B685E" w:rsidRDefault="004B685E" w:rsidP="00E8643C">
            <w:pPr>
              <w:jc w:val="center"/>
              <w:rPr>
                <w:b/>
                <w:szCs w:val="20"/>
              </w:rPr>
            </w:pPr>
            <w:r w:rsidRPr="004B685E">
              <w:rPr>
                <w:b/>
                <w:szCs w:val="20"/>
              </w:rPr>
              <w:t>Total-</w:t>
            </w:r>
          </w:p>
          <w:p w:rsidR="006C276A" w:rsidRPr="004B685E" w:rsidRDefault="006C276A" w:rsidP="00E8643C">
            <w:pPr>
              <w:jc w:val="center"/>
              <w:rPr>
                <w:b/>
                <w:szCs w:val="20"/>
              </w:rPr>
            </w:pPr>
          </w:p>
        </w:tc>
        <w:tc>
          <w:tcPr>
            <w:tcW w:w="990" w:type="dxa"/>
          </w:tcPr>
          <w:p w:rsidR="004B685E" w:rsidRPr="004B685E" w:rsidRDefault="004B685E" w:rsidP="00E8643C">
            <w:pPr>
              <w:jc w:val="center"/>
              <w:rPr>
                <w:b/>
                <w:szCs w:val="20"/>
              </w:rPr>
            </w:pPr>
          </w:p>
        </w:tc>
      </w:tr>
    </w:tbl>
    <w:p w:rsidR="005822A0" w:rsidRDefault="005822A0" w:rsidP="00E8643C">
      <w:pPr>
        <w:spacing w:after="0" w:line="240" w:lineRule="auto"/>
        <w:rPr>
          <w:sz w:val="24"/>
          <w:szCs w:val="24"/>
        </w:rPr>
      </w:pPr>
    </w:p>
    <w:p w:rsidR="00E8643C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t>Date</w:t>
      </w:r>
      <w:r w:rsidR="00E8643C">
        <w:rPr>
          <w:sz w:val="24"/>
          <w:szCs w:val="24"/>
        </w:rPr>
        <w:t xml:space="preserve"> </w:t>
      </w:r>
      <w:r w:rsidRPr="00C71AC5">
        <w:rPr>
          <w:sz w:val="24"/>
          <w:szCs w:val="24"/>
        </w:rPr>
        <w:t>:                                      Signature of the Candidate</w:t>
      </w:r>
    </w:p>
    <w:p w:rsidR="00201504" w:rsidRPr="00C71AC5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br/>
        <w:t xml:space="preserve"> </w:t>
      </w:r>
      <w:r w:rsidR="00E8643C" w:rsidRPr="00C71AC5">
        <w:rPr>
          <w:sz w:val="24"/>
          <w:szCs w:val="24"/>
        </w:rPr>
        <w:t>Place</w:t>
      </w:r>
      <w:r w:rsidR="00E8643C">
        <w:rPr>
          <w:sz w:val="24"/>
          <w:szCs w:val="24"/>
        </w:rPr>
        <w:t xml:space="preserve"> </w:t>
      </w:r>
      <w:r w:rsidR="00E8643C" w:rsidRPr="00C71AC5">
        <w:rPr>
          <w:sz w:val="24"/>
          <w:szCs w:val="24"/>
        </w:rPr>
        <w:t>:</w:t>
      </w:r>
      <w:r w:rsidRPr="00C71AC5">
        <w:rPr>
          <w:sz w:val="24"/>
          <w:szCs w:val="24"/>
        </w:rPr>
        <w:t xml:space="preserve">                                    (Name:</w:t>
      </w:r>
      <w:r w:rsidR="00351C95">
        <w:rPr>
          <w:sz w:val="24"/>
          <w:szCs w:val="24"/>
        </w:rPr>
        <w:t xml:space="preserve"> ___________________________________________________</w:t>
      </w:r>
      <w:r w:rsidRPr="00C71AC5">
        <w:rPr>
          <w:sz w:val="24"/>
          <w:szCs w:val="24"/>
        </w:rPr>
        <w:t xml:space="preserve"> )</w:t>
      </w:r>
    </w:p>
    <w:p w:rsidR="00201504" w:rsidRPr="00C71AC5" w:rsidRDefault="00811532" w:rsidP="00E8643C">
      <w:pPr>
        <w:spacing w:after="0" w:line="240" w:lineRule="auto"/>
        <w:rPr>
          <w:sz w:val="24"/>
          <w:szCs w:val="24"/>
        </w:rPr>
      </w:pPr>
      <w:r w:rsidRPr="00C71AC5">
        <w:rPr>
          <w:sz w:val="24"/>
          <w:szCs w:val="24"/>
        </w:rPr>
        <w:br w:type="page"/>
      </w:r>
    </w:p>
    <w:p w:rsidR="00811532" w:rsidRPr="00E8643C" w:rsidRDefault="003B00AB" w:rsidP="00E8643C">
      <w:pPr>
        <w:tabs>
          <w:tab w:val="left" w:pos="5640"/>
        </w:tabs>
        <w:rPr>
          <w:sz w:val="24"/>
          <w:szCs w:val="24"/>
        </w:rPr>
      </w:pPr>
      <w:r w:rsidRPr="003B00AB">
        <w:rPr>
          <w:b/>
          <w:noProof/>
          <w:sz w:val="28"/>
          <w:szCs w:val="24"/>
        </w:rPr>
        <w:lastRenderedPageBreak/>
        <w:pict>
          <v:roundrect id="_x0000_s1031" style="position:absolute;margin-left:-7.5pt;margin-top:387.8pt;width:520.8pt;height:384.4pt;z-index:-251652096" arcsize="10923f" strokeweight="2.25pt">
            <v:textbox>
              <w:txbxContent>
                <w:p w:rsidR="00E8643C" w:rsidRDefault="00E8643C" w:rsidP="00E8643C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71AC5">
                    <w:rPr>
                      <w:b/>
                      <w:sz w:val="24"/>
                      <w:szCs w:val="24"/>
                    </w:rPr>
                    <w:t>Office Use Only</w:t>
                  </w:r>
                </w:p>
                <w:p w:rsidR="00E8643C" w:rsidRDefault="00E8643C" w:rsidP="00E8643C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E8643C" w:rsidRPr="00C71AC5" w:rsidRDefault="00E8643C" w:rsidP="00E8643C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E8643C" w:rsidRDefault="00E8643C" w:rsidP="00E8643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 w:rsidRPr="00C71AC5">
                    <w:rPr>
                      <w:sz w:val="24"/>
                      <w:szCs w:val="24"/>
                    </w:rPr>
                    <w:t xml:space="preserve">The credentials are verified and the candidate is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202043">
                    <w:rPr>
                      <w:b/>
                      <w:sz w:val="24"/>
                      <w:szCs w:val="24"/>
                    </w:rPr>
                    <w:t>Eligible / Not Eligible</w:t>
                  </w:r>
                </w:p>
                <w:p w:rsidR="00E8643C" w:rsidRDefault="00E8643C" w:rsidP="00E8643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202043">
                    <w:rPr>
                      <w:b/>
                      <w:sz w:val="24"/>
                      <w:szCs w:val="24"/>
                    </w:rPr>
                    <w:br/>
                  </w:r>
                  <w:r>
                    <w:rPr>
                      <w:b/>
                      <w:sz w:val="24"/>
                      <w:szCs w:val="24"/>
                    </w:rPr>
                    <w:t xml:space="preserve">              </w:t>
                  </w:r>
                  <w:r w:rsidRPr="005E2260">
                    <w:rPr>
                      <w:b/>
                      <w:sz w:val="24"/>
                      <w:szCs w:val="24"/>
                    </w:rPr>
                    <w:t>Reason for Not Eligible Candidate:</w:t>
                  </w:r>
                </w:p>
                <w:p w:rsidR="00E8643C" w:rsidRDefault="00E8643C" w:rsidP="00E8643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E8643C" w:rsidRDefault="00E8643C" w:rsidP="00E8643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E8643C" w:rsidRDefault="00E8643C" w:rsidP="00E8643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E8643C" w:rsidRDefault="00E8643C" w:rsidP="00E8643C">
                  <w:pPr>
                    <w:tabs>
                      <w:tab w:val="left" w:pos="1440"/>
                    </w:tabs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ab/>
                  </w:r>
                </w:p>
                <w:p w:rsidR="00E8643C" w:rsidRDefault="00E8643C" w:rsidP="00E8643C">
                  <w:pPr>
                    <w:tabs>
                      <w:tab w:val="left" w:pos="1440"/>
                    </w:tabs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E8643C" w:rsidRDefault="00E8643C" w:rsidP="00E8643C">
                  <w:pPr>
                    <w:tabs>
                      <w:tab w:val="left" w:pos="1440"/>
                    </w:tabs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E8643C" w:rsidRPr="005E2260" w:rsidRDefault="00E8643C" w:rsidP="00E8643C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10656" w:type="dxa"/>
                    <w:tblInd w:w="53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552"/>
                    <w:gridCol w:w="3552"/>
                    <w:gridCol w:w="3552"/>
                  </w:tblGrid>
                  <w:tr w:rsidR="00E8643C" w:rsidRPr="00C71AC5" w:rsidTr="00C877C4">
                    <w:tc>
                      <w:tcPr>
                        <w:tcW w:w="3552" w:type="dxa"/>
                        <w:vAlign w:val="center"/>
                      </w:tcPr>
                      <w:p w:rsidR="00E8643C" w:rsidRPr="00C71AC5" w:rsidRDefault="00E8643C" w:rsidP="00C877C4">
                        <w:pPr>
                          <w:rPr>
                            <w:sz w:val="24"/>
                            <w:szCs w:val="24"/>
                          </w:rPr>
                        </w:pPr>
                        <w:r w:rsidRPr="00C71AC5">
                          <w:rPr>
                            <w:sz w:val="24"/>
                            <w:szCs w:val="24"/>
                          </w:rPr>
                          <w:t>Name &amp; Signature</w:t>
                        </w:r>
                        <w:r w:rsidRPr="00C71AC5">
                          <w:rPr>
                            <w:sz w:val="24"/>
                            <w:szCs w:val="24"/>
                          </w:rPr>
                          <w:br/>
                          <w:t>Member</w:t>
                        </w:r>
                        <w:r w:rsidRPr="00C71AC5">
                          <w:rPr>
                            <w:sz w:val="24"/>
                            <w:szCs w:val="24"/>
                          </w:rPr>
                          <w:br/>
                          <w:t>Scrutiny Committee</w:t>
                        </w:r>
                      </w:p>
                    </w:tc>
                    <w:tc>
                      <w:tcPr>
                        <w:tcW w:w="3552" w:type="dxa"/>
                        <w:vAlign w:val="center"/>
                      </w:tcPr>
                      <w:p w:rsidR="00E8643C" w:rsidRPr="00C71AC5" w:rsidRDefault="00E8643C" w:rsidP="00C877C4">
                        <w:pPr>
                          <w:rPr>
                            <w:sz w:val="24"/>
                            <w:szCs w:val="24"/>
                          </w:rPr>
                        </w:pPr>
                        <w:r w:rsidRPr="00C71AC5">
                          <w:rPr>
                            <w:sz w:val="24"/>
                            <w:szCs w:val="24"/>
                          </w:rPr>
                          <w:t>Name &amp; Signature</w:t>
                        </w:r>
                        <w:r w:rsidRPr="00C71AC5">
                          <w:rPr>
                            <w:sz w:val="24"/>
                            <w:szCs w:val="24"/>
                          </w:rPr>
                          <w:br/>
                          <w:t>Member</w:t>
                        </w:r>
                        <w:r w:rsidRPr="00C71AC5">
                          <w:rPr>
                            <w:sz w:val="24"/>
                            <w:szCs w:val="24"/>
                          </w:rPr>
                          <w:br/>
                          <w:t>Scrutiny Committee</w:t>
                        </w:r>
                      </w:p>
                    </w:tc>
                    <w:tc>
                      <w:tcPr>
                        <w:tcW w:w="3552" w:type="dxa"/>
                        <w:vAlign w:val="center"/>
                      </w:tcPr>
                      <w:p w:rsidR="00E8643C" w:rsidRPr="00C71AC5" w:rsidRDefault="00E8643C" w:rsidP="00C877C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Name &amp; Signature</w:t>
                        </w:r>
                        <w:r>
                          <w:rPr>
                            <w:sz w:val="24"/>
                            <w:szCs w:val="24"/>
                          </w:rPr>
                          <w:br/>
                        </w:r>
                        <w:r w:rsidR="00EF78E2" w:rsidRPr="00C71AC5">
                          <w:rPr>
                            <w:sz w:val="24"/>
                            <w:szCs w:val="24"/>
                          </w:rPr>
                          <w:t>Member</w:t>
                        </w:r>
                        <w:r w:rsidRPr="00C71AC5">
                          <w:rPr>
                            <w:sz w:val="24"/>
                            <w:szCs w:val="24"/>
                          </w:rPr>
                          <w:br/>
                          <w:t>Scrutiny Committee</w:t>
                        </w:r>
                      </w:p>
                    </w:tc>
                  </w:tr>
                </w:tbl>
                <w:p w:rsidR="00EF78E2" w:rsidRDefault="00EF78E2">
                  <w:pPr>
                    <w:rPr>
                      <w:sz w:val="24"/>
                      <w:szCs w:val="24"/>
                    </w:rPr>
                  </w:pPr>
                </w:p>
                <w:p w:rsidR="00EF78E2" w:rsidRDefault="00EF78E2">
                  <w:pPr>
                    <w:rPr>
                      <w:sz w:val="24"/>
                      <w:szCs w:val="24"/>
                    </w:rPr>
                  </w:pPr>
                </w:p>
                <w:p w:rsidR="00A27D6E" w:rsidRDefault="00EF78E2" w:rsidP="00EF78E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       </w:t>
                  </w:r>
                </w:p>
                <w:p w:rsidR="00E8643C" w:rsidRDefault="00A27D6E" w:rsidP="00EF78E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EF78E2">
                    <w:rPr>
                      <w:sz w:val="24"/>
                      <w:szCs w:val="24"/>
                    </w:rPr>
                    <w:t xml:space="preserve"> </w:t>
                  </w:r>
                  <w:r w:rsidR="00EF78E2" w:rsidRPr="00C71AC5">
                    <w:rPr>
                      <w:sz w:val="24"/>
                      <w:szCs w:val="24"/>
                    </w:rPr>
                    <w:t>Name &amp; Signature</w:t>
                  </w:r>
                </w:p>
                <w:p w:rsidR="00EF78E2" w:rsidRDefault="00EF78E2" w:rsidP="00EF78E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</w:t>
                  </w:r>
                  <w:r w:rsidR="00A27D6E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 Chairma</w:t>
                  </w:r>
                  <w:r w:rsidRPr="00C71AC5">
                    <w:rPr>
                      <w:sz w:val="24"/>
                      <w:szCs w:val="24"/>
                    </w:rPr>
                    <w:t>n</w:t>
                  </w:r>
                </w:p>
                <w:p w:rsidR="00EF78E2" w:rsidRDefault="00EF78E2" w:rsidP="00EF78E2">
                  <w:pPr>
                    <w:spacing w:after="0" w:line="240" w:lineRule="auto"/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</w:t>
                  </w:r>
                  <w:r w:rsidR="00A27D6E"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71AC5">
                    <w:rPr>
                      <w:sz w:val="24"/>
                      <w:szCs w:val="24"/>
                    </w:rPr>
                    <w:t>Scrutiny Committee</w:t>
                  </w:r>
                </w:p>
              </w:txbxContent>
            </v:textbox>
          </v:roundrect>
        </w:pict>
      </w:r>
      <w:r w:rsidRPr="003B00AB">
        <w:rPr>
          <w:b/>
          <w:noProof/>
          <w:sz w:val="28"/>
          <w:szCs w:val="24"/>
        </w:rPr>
        <w:pict>
          <v:roundrect id="_x0000_s1029" style="position:absolute;margin-left:-7.5pt;margin-top:-5.6pt;width:534.9pt;height:369.8pt;z-index:-251656192" arcsize="10923f" strokeweight="2.25pt">
            <v:textbox>
              <w:txbxContent>
                <w:p w:rsidR="00E8643C" w:rsidRPr="00F81D28" w:rsidRDefault="00E8643C" w:rsidP="00E8643C">
                  <w:pPr>
                    <w:spacing w:after="0" w:line="360" w:lineRule="auto"/>
                    <w:jc w:val="center"/>
                    <w:rPr>
                      <w:sz w:val="28"/>
                      <w:szCs w:val="24"/>
                    </w:rPr>
                  </w:pPr>
                  <w:r w:rsidRPr="00F81D28">
                    <w:rPr>
                      <w:b/>
                      <w:sz w:val="28"/>
                      <w:szCs w:val="24"/>
                    </w:rPr>
                    <w:t>Declaration Form</w:t>
                  </w:r>
                </w:p>
                <w:p w:rsidR="00E8643C" w:rsidRPr="00C71AC5" w:rsidRDefault="00E8643C" w:rsidP="00E8643C">
                  <w:pPr>
                    <w:spacing w:after="0"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C71AC5">
                    <w:rPr>
                      <w:sz w:val="24"/>
                      <w:szCs w:val="24"/>
                    </w:rPr>
                    <w:t>'A' (SeeRule-04)</w:t>
                  </w:r>
                </w:p>
                <w:p w:rsidR="00E8643C" w:rsidRPr="00C71AC5" w:rsidRDefault="00E8643C" w:rsidP="00E8643C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C71AC5">
                    <w:rPr>
                      <w:sz w:val="24"/>
                      <w:szCs w:val="24"/>
                    </w:rPr>
                    <w:t xml:space="preserve">Shri./Smt./Dr. </w:t>
                  </w:r>
                  <w:r>
                    <w:rPr>
                      <w:sz w:val="24"/>
                      <w:szCs w:val="24"/>
                    </w:rPr>
                    <w:t xml:space="preserve"> __________________________________________________</w:t>
                  </w:r>
                  <w:r w:rsidRPr="00C71AC5">
                    <w:rPr>
                      <w:sz w:val="24"/>
                      <w:szCs w:val="24"/>
                    </w:rPr>
                    <w:t>Son/ Daughter/ Husband/Wife of</w:t>
                  </w:r>
                  <w:r w:rsidRPr="00C71AC5">
                    <w:rPr>
                      <w:sz w:val="24"/>
                      <w:szCs w:val="24"/>
                    </w:rPr>
                    <w:br/>
                    <w:t xml:space="preserve">Shri. </w:t>
                  </w:r>
                  <w:r>
                    <w:rPr>
                      <w:sz w:val="24"/>
                      <w:szCs w:val="24"/>
                    </w:rPr>
                    <w:t>_____________________________________________</w:t>
                  </w:r>
                  <w:r w:rsidRPr="00C71AC5">
                    <w:rPr>
                      <w:sz w:val="24"/>
                      <w:szCs w:val="24"/>
                    </w:rPr>
                    <w:t xml:space="preserve">aged </w:t>
                  </w:r>
                  <w:r>
                    <w:rPr>
                      <w:sz w:val="24"/>
                      <w:szCs w:val="24"/>
                    </w:rPr>
                    <w:t>__________</w:t>
                  </w:r>
                  <w:r w:rsidRPr="00C71AC5">
                    <w:rPr>
                      <w:sz w:val="24"/>
                      <w:szCs w:val="24"/>
                    </w:rPr>
                    <w:t xml:space="preserve">years, resident at </w:t>
                  </w:r>
                  <w:r>
                    <w:rPr>
                      <w:sz w:val="24"/>
                      <w:szCs w:val="24"/>
                    </w:rPr>
                    <w:t xml:space="preserve"> ____________________________________ </w:t>
                  </w:r>
                  <w:r w:rsidRPr="00C71AC5">
                    <w:rPr>
                      <w:sz w:val="24"/>
                      <w:szCs w:val="24"/>
                    </w:rPr>
                    <w:t>do hereby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71AC5">
                    <w:rPr>
                      <w:sz w:val="24"/>
                      <w:szCs w:val="24"/>
                    </w:rPr>
                    <w:t>declare as follows:</w:t>
                  </w:r>
                </w:p>
                <w:p w:rsidR="00E8643C" w:rsidRPr="00C71AC5" w:rsidRDefault="00E8643C" w:rsidP="00E8643C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C71AC5">
                    <w:rPr>
                      <w:sz w:val="24"/>
                      <w:szCs w:val="24"/>
                    </w:rPr>
                    <w:t>1. That I have filled my application for the post of</w:t>
                  </w:r>
                  <w:r>
                    <w:rPr>
                      <w:sz w:val="24"/>
                      <w:szCs w:val="24"/>
                    </w:rPr>
                    <w:t xml:space="preserve"> _______________________________________________</w:t>
                  </w:r>
                </w:p>
                <w:p w:rsidR="00E8643C" w:rsidRPr="00C71AC5" w:rsidRDefault="00E8643C" w:rsidP="00E8643C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C71AC5">
                    <w:rPr>
                      <w:sz w:val="24"/>
                      <w:szCs w:val="24"/>
                    </w:rPr>
                    <w:t xml:space="preserve">2. I have </w:t>
                  </w:r>
                  <w:r>
                    <w:rPr>
                      <w:sz w:val="24"/>
                      <w:szCs w:val="24"/>
                    </w:rPr>
                    <w:t>__________________________</w:t>
                  </w:r>
                  <w:r w:rsidRPr="00C71AC5">
                    <w:rPr>
                      <w:sz w:val="24"/>
                      <w:szCs w:val="24"/>
                    </w:rPr>
                    <w:t xml:space="preserve">(Number) living children as on today, out of which no. of children born after 28th March 2005 is </w:t>
                  </w:r>
                  <w:r>
                    <w:rPr>
                      <w:sz w:val="24"/>
                      <w:szCs w:val="24"/>
                    </w:rPr>
                    <w:t xml:space="preserve"> __________ </w:t>
                  </w:r>
                  <w:r w:rsidRPr="00C71AC5">
                    <w:rPr>
                      <w:sz w:val="24"/>
                      <w:szCs w:val="24"/>
                    </w:rPr>
                    <w:t>(Mention dates of Birth, if any).</w:t>
                  </w:r>
                </w:p>
                <w:p w:rsidR="00E8643C" w:rsidRDefault="00E8643C" w:rsidP="00E8643C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C71AC5">
                    <w:rPr>
                      <w:sz w:val="24"/>
                      <w:szCs w:val="24"/>
                    </w:rPr>
                    <w:t>3. I am aware that if any total number of living children are more than two due to the Children Born after 28th March 2005, I am liable to be disqualified for the same post.</w:t>
                  </w:r>
                </w:p>
                <w:p w:rsidR="00E8643C" w:rsidRDefault="00E8643C" w:rsidP="00E8643C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</w:p>
                <w:p w:rsidR="00E8643C" w:rsidRDefault="00E8643C" w:rsidP="00E8643C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C71AC5">
                    <w:rPr>
                      <w:sz w:val="24"/>
                      <w:szCs w:val="24"/>
                    </w:rPr>
                    <w:t>Date:</w:t>
                  </w:r>
                  <w:r w:rsidRPr="00C71AC5">
                    <w:rPr>
                      <w:sz w:val="24"/>
                      <w:szCs w:val="24"/>
                    </w:rPr>
                    <w:br/>
                    <w:t xml:space="preserve">Place:                                      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C71AC5">
                    <w:rPr>
                      <w:sz w:val="24"/>
                      <w:szCs w:val="24"/>
                    </w:rPr>
                    <w:t>Signature of the Applicant</w:t>
                  </w:r>
                </w:p>
                <w:p w:rsidR="00E8643C" w:rsidRDefault="00E8643C"/>
              </w:txbxContent>
            </v:textbox>
          </v:roundrect>
        </w:pict>
      </w:r>
    </w:p>
    <w:sectPr w:rsidR="00811532" w:rsidRPr="00E8643C" w:rsidSect="00332FDB">
      <w:pgSz w:w="11909" w:h="16834" w:code="9"/>
      <w:pgMar w:top="630" w:right="792" w:bottom="5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B47730"/>
    <w:rsid w:val="000013CE"/>
    <w:rsid w:val="00034616"/>
    <w:rsid w:val="000469C2"/>
    <w:rsid w:val="0005189A"/>
    <w:rsid w:val="0006063C"/>
    <w:rsid w:val="00081AC1"/>
    <w:rsid w:val="00097B90"/>
    <w:rsid w:val="000B3F1B"/>
    <w:rsid w:val="0012285B"/>
    <w:rsid w:val="00136E4D"/>
    <w:rsid w:val="00143CB2"/>
    <w:rsid w:val="0015074B"/>
    <w:rsid w:val="00173F61"/>
    <w:rsid w:val="001A06CE"/>
    <w:rsid w:val="001C2373"/>
    <w:rsid w:val="002009DC"/>
    <w:rsid w:val="00201504"/>
    <w:rsid w:val="00202043"/>
    <w:rsid w:val="0029639D"/>
    <w:rsid w:val="002B3E2B"/>
    <w:rsid w:val="002D3C16"/>
    <w:rsid w:val="002D494F"/>
    <w:rsid w:val="002F18DA"/>
    <w:rsid w:val="002F4A32"/>
    <w:rsid w:val="002F4DAA"/>
    <w:rsid w:val="00326F90"/>
    <w:rsid w:val="00332FDB"/>
    <w:rsid w:val="00350DA6"/>
    <w:rsid w:val="00351C95"/>
    <w:rsid w:val="00363196"/>
    <w:rsid w:val="003A682D"/>
    <w:rsid w:val="003B00AB"/>
    <w:rsid w:val="003E5BB9"/>
    <w:rsid w:val="00402302"/>
    <w:rsid w:val="00404A3E"/>
    <w:rsid w:val="00416315"/>
    <w:rsid w:val="00424956"/>
    <w:rsid w:val="00447AFA"/>
    <w:rsid w:val="00480746"/>
    <w:rsid w:val="004B4937"/>
    <w:rsid w:val="004B685E"/>
    <w:rsid w:val="00523AC3"/>
    <w:rsid w:val="0056617B"/>
    <w:rsid w:val="005822A0"/>
    <w:rsid w:val="0059188A"/>
    <w:rsid w:val="005A0F31"/>
    <w:rsid w:val="005B6244"/>
    <w:rsid w:val="005E2260"/>
    <w:rsid w:val="006042FE"/>
    <w:rsid w:val="00661A17"/>
    <w:rsid w:val="00662253"/>
    <w:rsid w:val="006A6A4A"/>
    <w:rsid w:val="006C276A"/>
    <w:rsid w:val="006C389E"/>
    <w:rsid w:val="006D230B"/>
    <w:rsid w:val="0070062A"/>
    <w:rsid w:val="00704685"/>
    <w:rsid w:val="00742DF5"/>
    <w:rsid w:val="007464D9"/>
    <w:rsid w:val="007510B7"/>
    <w:rsid w:val="007527C4"/>
    <w:rsid w:val="00755BC3"/>
    <w:rsid w:val="00760679"/>
    <w:rsid w:val="00767F80"/>
    <w:rsid w:val="00781320"/>
    <w:rsid w:val="00793423"/>
    <w:rsid w:val="00793EF7"/>
    <w:rsid w:val="007C6DD6"/>
    <w:rsid w:val="007D1CF4"/>
    <w:rsid w:val="007D6E1A"/>
    <w:rsid w:val="00811532"/>
    <w:rsid w:val="00811A70"/>
    <w:rsid w:val="00813B9F"/>
    <w:rsid w:val="00845F51"/>
    <w:rsid w:val="00864E9B"/>
    <w:rsid w:val="008957FB"/>
    <w:rsid w:val="008E02A0"/>
    <w:rsid w:val="0093471C"/>
    <w:rsid w:val="00942D7F"/>
    <w:rsid w:val="009A7903"/>
    <w:rsid w:val="00A01438"/>
    <w:rsid w:val="00A11764"/>
    <w:rsid w:val="00A127C9"/>
    <w:rsid w:val="00A251D0"/>
    <w:rsid w:val="00A27D6E"/>
    <w:rsid w:val="00A3242E"/>
    <w:rsid w:val="00A333BC"/>
    <w:rsid w:val="00AA1B27"/>
    <w:rsid w:val="00AA1D8D"/>
    <w:rsid w:val="00AA3982"/>
    <w:rsid w:val="00AB114B"/>
    <w:rsid w:val="00B00A28"/>
    <w:rsid w:val="00B2261C"/>
    <w:rsid w:val="00B33B9C"/>
    <w:rsid w:val="00B47730"/>
    <w:rsid w:val="00B54727"/>
    <w:rsid w:val="00B91CFF"/>
    <w:rsid w:val="00BB1E8D"/>
    <w:rsid w:val="00BE2678"/>
    <w:rsid w:val="00BF6D67"/>
    <w:rsid w:val="00C227DF"/>
    <w:rsid w:val="00C40ADF"/>
    <w:rsid w:val="00C71AC5"/>
    <w:rsid w:val="00C854A4"/>
    <w:rsid w:val="00C861D0"/>
    <w:rsid w:val="00CB0664"/>
    <w:rsid w:val="00CF0577"/>
    <w:rsid w:val="00D77B86"/>
    <w:rsid w:val="00D86501"/>
    <w:rsid w:val="00DD7B1E"/>
    <w:rsid w:val="00E03E9E"/>
    <w:rsid w:val="00E42379"/>
    <w:rsid w:val="00E5269C"/>
    <w:rsid w:val="00E81CFE"/>
    <w:rsid w:val="00E8643C"/>
    <w:rsid w:val="00EA1627"/>
    <w:rsid w:val="00EA3AFF"/>
    <w:rsid w:val="00EB266B"/>
    <w:rsid w:val="00EC207A"/>
    <w:rsid w:val="00EC3A47"/>
    <w:rsid w:val="00EF78E2"/>
    <w:rsid w:val="00F02B9E"/>
    <w:rsid w:val="00F23FBD"/>
    <w:rsid w:val="00F36BF1"/>
    <w:rsid w:val="00F620F6"/>
    <w:rsid w:val="00F81D28"/>
    <w:rsid w:val="00F917CE"/>
    <w:rsid w:val="00F93B84"/>
    <w:rsid w:val="00FA0BE1"/>
    <w:rsid w:val="00FB331D"/>
    <w:rsid w:val="00FC0350"/>
    <w:rsid w:val="00FC693F"/>
    <w:rsid w:val="00FC7E60"/>
    <w:rsid w:val="00FF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EA3589-1625-439C-A266-ED5BDD14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7122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119</cp:revision>
  <cp:lastPrinted>2026-09-12T03:32:00Z</cp:lastPrinted>
  <dcterms:created xsi:type="dcterms:W3CDTF">2013-12-23T23:15:00Z</dcterms:created>
  <dcterms:modified xsi:type="dcterms:W3CDTF">2026-09-12T05:41:00Z</dcterms:modified>
  <cp:category/>
</cp:coreProperties>
</file>